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B29ACF" w14:textId="77777777" w:rsidR="009647E0" w:rsidRDefault="00000000">
      <w:pPr>
        <w:spacing w:after="0"/>
        <w:jc w:val="center"/>
      </w:pPr>
      <w:r>
        <w:rPr>
          <w:rFonts w:ascii="Georgia" w:hAnsi="Georgia"/>
          <w:b/>
          <w:color w:val="1F4E79"/>
          <w:sz w:val="68"/>
        </w:rPr>
        <w:t>GiggleBugs</w:t>
      </w:r>
    </w:p>
    <w:p w14:paraId="11E9E100" w14:textId="77777777" w:rsidR="009647E0" w:rsidRDefault="00000000">
      <w:pPr>
        <w:spacing w:after="280"/>
        <w:jc w:val="center"/>
      </w:pPr>
      <w:r>
        <w:rPr>
          <w:b/>
          <w:color w:val="2E7D32"/>
          <w:sz w:val="30"/>
        </w:rPr>
        <w:t>Preschool and Infant/Toddler Center</w:t>
      </w:r>
    </w:p>
    <w:p w14:paraId="546982C2" w14:textId="77777777" w:rsidR="009647E0" w:rsidRDefault="00000000">
      <w:pPr>
        <w:jc w:val="center"/>
      </w:pPr>
      <w:r>
        <w:rPr>
          <w:noProof/>
        </w:rPr>
        <w:drawing>
          <wp:inline distT="0" distB="0" distL="0" distR="0" wp14:anchorId="2E45418E" wp14:editId="31F0B609">
            <wp:extent cx="6492240" cy="44471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gglebugs_cover.jpeg"/>
                    <pic:cNvPicPr/>
                  </pic:nvPicPr>
                  <pic:blipFill>
                    <a:blip r:embed="rId8"/>
                    <a:stretch>
                      <a:fillRect/>
                    </a:stretch>
                  </pic:blipFill>
                  <pic:spPr>
                    <a:xfrm>
                      <a:off x="0" y="0"/>
                      <a:ext cx="6492240" cy="4447184"/>
                    </a:xfrm>
                    <a:prstGeom prst="rect">
                      <a:avLst/>
                    </a:prstGeom>
                  </pic:spPr>
                </pic:pic>
              </a:graphicData>
            </a:graphic>
          </wp:inline>
        </w:drawing>
      </w:r>
    </w:p>
    <w:p w14:paraId="6ECA2A6F" w14:textId="77777777" w:rsidR="009647E0" w:rsidRDefault="00000000">
      <w:pPr>
        <w:spacing w:before="480" w:after="0"/>
        <w:jc w:val="center"/>
      </w:pPr>
      <w:r>
        <w:rPr>
          <w:rFonts w:ascii="Georgia" w:hAnsi="Georgia"/>
          <w:b/>
          <w:color w:val="C00000"/>
          <w:sz w:val="76"/>
        </w:rPr>
        <w:t>Parent Handbook</w:t>
      </w:r>
    </w:p>
    <w:p w14:paraId="5CCADBFC" w14:textId="77777777" w:rsidR="009647E0" w:rsidRDefault="00000000">
      <w:r>
        <w:br w:type="page"/>
      </w:r>
    </w:p>
    <w:p w14:paraId="6D662F88" w14:textId="77777777" w:rsidR="009647E0" w:rsidRDefault="00000000">
      <w:pPr>
        <w:pStyle w:val="Heading1"/>
      </w:pPr>
      <w:r>
        <w:lastRenderedPageBreak/>
        <w:t>Dear Families,</w:t>
      </w:r>
    </w:p>
    <w:p w14:paraId="043A5E35" w14:textId="77777777" w:rsidR="009647E0" w:rsidRDefault="00000000">
      <w:pPr>
        <w:pStyle w:val="BodyText"/>
      </w:pPr>
      <w:r>
        <w:t>Thank you for choosing GiggleBugs Preschool and Infant/Toddler Center. We are happy to welcome you and your child to our program.</w:t>
      </w:r>
    </w:p>
    <w:p w14:paraId="4E3CDD03" w14:textId="77777777" w:rsidR="009647E0" w:rsidRDefault="00000000">
      <w:pPr>
        <w:pStyle w:val="BodyText"/>
      </w:pPr>
      <w:r>
        <w:t>At GiggleBugs, our goal is to provide a safe, nurturing, inclusive, and developmentally appropriate environment that supports each child’s physical, social, emotional, cognitive, and language development.</w:t>
      </w:r>
    </w:p>
    <w:p w14:paraId="0FF79A0E" w14:textId="77777777" w:rsidR="009647E0" w:rsidRDefault="00000000">
      <w:pPr>
        <w:pStyle w:val="BodyText"/>
      </w:pPr>
      <w:r>
        <w:t>We recognize that every child is unique and develops at their own pace. Our curriculum and daily routines are designed to support individual strengths, interests, abilities, and developmental needs.</w:t>
      </w:r>
    </w:p>
    <w:p w14:paraId="28DDB606" w14:textId="77777777" w:rsidR="009647E0" w:rsidRDefault="00000000">
      <w:pPr>
        <w:pStyle w:val="BodyText"/>
      </w:pPr>
      <w:r>
        <w:t>Children learn through play, exploration, hands-on experiences, and positive interactions with adults and peers. Our classroom environments provide opportunities for literacy, dramatic play, blocks, sensory experiences, art, music, science, manipulatives, puzzles, gross-motor activities, and other age-appropriate learning experiences.</w:t>
      </w:r>
    </w:p>
    <w:p w14:paraId="5C9CBABA" w14:textId="77777777" w:rsidR="009647E0" w:rsidRDefault="00000000">
      <w:pPr>
        <w:pStyle w:val="BodyText"/>
      </w:pPr>
      <w:r>
        <w:t>This Parent Handbook explains the policies, procedures, expectations, and services of GiggleBugs Preschool and Infant/Toddler Center. Families should review this handbook together with their Enrollment Agreement and other enrollment materials. GiggleBugs may revise policies when necessary to remain consistent with program operations, licensing requirements, or applicable law. Families will be notified of significant policy changes.</w:t>
      </w:r>
    </w:p>
    <w:p w14:paraId="03B45468" w14:textId="77777777" w:rsidR="009647E0" w:rsidRDefault="00000000">
      <w:pPr>
        <w:pStyle w:val="BodyText"/>
      </w:pPr>
      <w:r>
        <w:t>We look forward to partnering with you in supporting your child.</w:t>
      </w:r>
    </w:p>
    <w:p w14:paraId="3816BD4C" w14:textId="77777777" w:rsidR="009647E0" w:rsidRDefault="00000000">
      <w:pPr>
        <w:pStyle w:val="BodyText"/>
      </w:pPr>
      <w:r>
        <w:t>Thank you,</w:t>
      </w:r>
      <w:r>
        <w:br/>
        <w:t>GiggleBugs Preschool and Infant/Toddler Center</w:t>
      </w:r>
    </w:p>
    <w:p w14:paraId="5B68EA32" w14:textId="77777777" w:rsidR="009647E0" w:rsidRDefault="00000000">
      <w:pPr>
        <w:pStyle w:val="Heading1"/>
        <w:pageBreakBefore/>
      </w:pPr>
      <w:r>
        <w:lastRenderedPageBreak/>
        <w:t>Contents</w:t>
      </w:r>
    </w:p>
    <w:p w14:paraId="62ED54FB" w14:textId="77777777" w:rsidR="009647E0" w:rsidRDefault="00000000">
      <w:pPr>
        <w:pStyle w:val="ListBullet"/>
      </w:pPr>
      <w:r>
        <w:t>1. Program Overview and Licensing</w:t>
      </w:r>
    </w:p>
    <w:p w14:paraId="45E212B3" w14:textId="77777777" w:rsidR="009647E0" w:rsidRDefault="00000000">
      <w:pPr>
        <w:pStyle w:val="ListBullet"/>
      </w:pPr>
      <w:r>
        <w:t>2. Enrollment and Records</w:t>
      </w:r>
    </w:p>
    <w:p w14:paraId="0CF43DFD" w14:textId="77777777" w:rsidR="009647E0" w:rsidRDefault="00000000">
      <w:pPr>
        <w:pStyle w:val="ListBullet"/>
      </w:pPr>
      <w:r>
        <w:t>3. Hours, Tuition, Attendance, and Closures</w:t>
      </w:r>
    </w:p>
    <w:p w14:paraId="10FAC80A" w14:textId="77777777" w:rsidR="009647E0" w:rsidRDefault="00000000">
      <w:pPr>
        <w:pStyle w:val="ListBullet"/>
      </w:pPr>
      <w:r>
        <w:t>4. Family Communication and Participation</w:t>
      </w:r>
    </w:p>
    <w:p w14:paraId="7FD8D2CA" w14:textId="77777777" w:rsidR="009647E0" w:rsidRDefault="00000000">
      <w:pPr>
        <w:pStyle w:val="ListBullet"/>
      </w:pPr>
      <w:r>
        <w:t>5. Transportation and Off-Site Activities</w:t>
      </w:r>
    </w:p>
    <w:p w14:paraId="3C1B8133" w14:textId="77777777" w:rsidR="009647E0" w:rsidRDefault="00000000">
      <w:pPr>
        <w:pStyle w:val="ListBullet"/>
      </w:pPr>
      <w:r>
        <w:t>6. Curriculum, Assessment, and Development</w:t>
      </w:r>
    </w:p>
    <w:p w14:paraId="06385813" w14:textId="77777777" w:rsidR="009647E0" w:rsidRDefault="00000000">
      <w:pPr>
        <w:pStyle w:val="ListBullet"/>
      </w:pPr>
      <w:r>
        <w:t>7. Health and Safety</w:t>
      </w:r>
    </w:p>
    <w:p w14:paraId="3A977C83" w14:textId="77777777" w:rsidR="009647E0" w:rsidRDefault="00000000">
      <w:pPr>
        <w:pStyle w:val="ListBullet"/>
      </w:pPr>
      <w:r>
        <w:t>8. Meals, Infant/Toddler Care, and Daily Routines</w:t>
      </w:r>
    </w:p>
    <w:p w14:paraId="60907C7D" w14:textId="77777777" w:rsidR="009647E0" w:rsidRDefault="00000000">
      <w:pPr>
        <w:pStyle w:val="Heading1"/>
        <w:pageBreakBefore/>
      </w:pPr>
      <w:r>
        <w:lastRenderedPageBreak/>
        <w:t>1. Program Overview and Licensing</w:t>
      </w:r>
    </w:p>
    <w:p w14:paraId="2204AB84" w14:textId="77777777" w:rsidR="009647E0" w:rsidRDefault="00000000">
      <w:pPr>
        <w:pStyle w:val="Heading2"/>
      </w:pPr>
      <w:r>
        <w:t>Program Contact Information</w:t>
      </w:r>
    </w:p>
    <w:p w14:paraId="2834B435" w14:textId="77777777" w:rsidR="009647E0" w:rsidRDefault="00000000">
      <w:pPr>
        <w:pStyle w:val="BodyText"/>
      </w:pPr>
      <w:r>
        <w:t>GiggleBugs Preschool and Infant/Toddler Center</w:t>
      </w:r>
      <w:r>
        <w:br/>
        <w:t>17 Palmer Road</w:t>
      </w:r>
      <w:r>
        <w:br/>
        <w:t>Monson, MA 01057</w:t>
      </w:r>
      <w:r>
        <w:br/>
        <w:t>(413) 267-4373</w:t>
      </w:r>
    </w:p>
    <w:p w14:paraId="08F21326" w14:textId="77777777" w:rsidR="009647E0" w:rsidRDefault="00000000">
      <w:pPr>
        <w:pStyle w:val="Heading2"/>
      </w:pPr>
      <w:r>
        <w:t>About the Department of Early Education and Care</w:t>
      </w:r>
    </w:p>
    <w:p w14:paraId="49D54DA1" w14:textId="77777777" w:rsidR="009647E0" w:rsidRDefault="00000000">
      <w:pPr>
        <w:pStyle w:val="BodyText"/>
      </w:pPr>
      <w:r>
        <w:t>GiggleBugs Preschool and Infant/Toddler Center is licensed by the Massachusetts Department of Early Education and Care (EEC). EEC is the state agency responsible for licensing and regulating early education and care programs in Massachusetts. Licensed programs must comply with applicable EEC requirements relating to health and safety, staffing, supervision, curriculum, recordkeeping, and program administration.</w:t>
      </w:r>
    </w:p>
    <w:p w14:paraId="170FF581" w14:textId="77777777" w:rsidR="009647E0" w:rsidRDefault="00000000">
      <w:pPr>
        <w:pStyle w:val="BodyText"/>
      </w:pPr>
      <w:r>
        <w:t>Families may review current EEC regulations and licensing information through the Massachusetts Department of Early Education and Care and may contact the appropriate EEC Regional Office with questions regarding child-care licensing or a program’s licensing history.</w:t>
      </w:r>
    </w:p>
    <w:p w14:paraId="5A4A0B70" w14:textId="77777777" w:rsidR="009647E0" w:rsidRDefault="00000000">
      <w:pPr>
        <w:pStyle w:val="Heading2"/>
      </w:pPr>
      <w:r>
        <w:t>Non-Discrimination and Inclusion</w:t>
      </w:r>
    </w:p>
    <w:p w14:paraId="65A59CA7" w14:textId="77777777" w:rsidR="009647E0" w:rsidRDefault="00000000">
      <w:pPr>
        <w:pStyle w:val="BodyText"/>
      </w:pPr>
      <w:r>
        <w:t>GiggleBugs is committed to providing an inclusive environment for children and families. The program does not discriminate on the basis of race, color, national origin, religion, sex, disability, family structure, gender, or any other status protected by applicable federal or Massachusetts law.</w:t>
      </w:r>
    </w:p>
    <w:p w14:paraId="1D77B220" w14:textId="77777777" w:rsidR="009647E0" w:rsidRDefault="00000000">
      <w:pPr>
        <w:pStyle w:val="BodyText"/>
      </w:pPr>
      <w:r>
        <w:t>GiggleBugs will make reasonable accommodations to support the participation of children with disabilities in accordance with applicable law and EEC requirements. Concerns involving discrimination, harassment, threatening behavior, or the safety of children, families, or staff should be brought to the Director’s attention promptly.</w:t>
      </w:r>
    </w:p>
    <w:p w14:paraId="13F927FB" w14:textId="77777777" w:rsidR="009647E0" w:rsidRDefault="00000000">
      <w:pPr>
        <w:pStyle w:val="Heading2"/>
      </w:pPr>
      <w:r>
        <w:t>Ages Served, Classroom Placement, and Licensed Capacity</w:t>
      </w:r>
    </w:p>
    <w:p w14:paraId="587F7E0E" w14:textId="77777777" w:rsidR="009647E0" w:rsidRDefault="00000000">
      <w:pPr>
        <w:pStyle w:val="BodyText"/>
      </w:pPr>
      <w:r>
        <w:t>GiggleBugs serves children from approximately two months through eight years of age, subject to the ages, capacities, classroom groupings, and conditions authorized by the program’s current EEC license. Children are assigned to classrooms based on the current license, the child’s age and developmental needs, available space, and applicable staffing and group-size requirements.</w:t>
      </w:r>
    </w:p>
    <w:p w14:paraId="2E13CFEE" w14:textId="77777777" w:rsidR="009647E0" w:rsidRDefault="00000000">
      <w:pPr>
        <w:pStyle w:val="ListBullet"/>
        <w:spacing w:after="40"/>
        <w:ind w:left="403" w:hanging="173"/>
      </w:pPr>
      <w:r>
        <w:t>Bumble Bees – Infant Care</w:t>
      </w:r>
    </w:p>
    <w:p w14:paraId="491CA611" w14:textId="77777777" w:rsidR="009647E0" w:rsidRDefault="00000000">
      <w:pPr>
        <w:pStyle w:val="ListBullet"/>
        <w:spacing w:after="40"/>
        <w:ind w:left="403" w:hanging="173"/>
      </w:pPr>
      <w:r>
        <w:t>Butterflies – Toddler Care</w:t>
      </w:r>
    </w:p>
    <w:p w14:paraId="6B1BB463" w14:textId="77777777" w:rsidR="009647E0" w:rsidRDefault="00000000">
      <w:pPr>
        <w:pStyle w:val="ListBullet"/>
        <w:spacing w:after="40"/>
        <w:ind w:left="403" w:hanging="173"/>
      </w:pPr>
      <w:r>
        <w:t>Caterpillars – Preschool Care</w:t>
      </w:r>
    </w:p>
    <w:p w14:paraId="20E42E7B" w14:textId="77777777" w:rsidR="009647E0" w:rsidRDefault="00000000">
      <w:pPr>
        <w:pStyle w:val="ListBullet"/>
        <w:spacing w:after="40"/>
        <w:ind w:left="403" w:hanging="173"/>
      </w:pPr>
      <w:r>
        <w:t>Lady Bugs – Preschool and/or School-Age Care as permitted by the current license</w:t>
      </w:r>
    </w:p>
    <w:p w14:paraId="6CD7E98A" w14:textId="77777777" w:rsidR="009647E0" w:rsidRDefault="00000000">
      <w:pPr>
        <w:pStyle w:val="BodyText"/>
      </w:pPr>
      <w:r>
        <w:t>Specific classroom age ranges, group sizes, and staffing arrangements may change when permitted or required by EEC. GiggleBugs will not exceed the capacity authorized by its current EEC license, and the current license is posted at the program for families to review.</w:t>
      </w:r>
    </w:p>
    <w:p w14:paraId="32275090" w14:textId="77777777" w:rsidR="009647E0" w:rsidRDefault="00000000">
      <w:pPr>
        <w:pStyle w:val="Heading2"/>
      </w:pPr>
      <w:r>
        <w:t>Program Staff</w:t>
      </w:r>
    </w:p>
    <w:p w14:paraId="294A80B3" w14:textId="77777777" w:rsidR="009647E0" w:rsidRDefault="00000000">
      <w:pPr>
        <w:pStyle w:val="BodyText"/>
      </w:pPr>
      <w:r>
        <w:t xml:space="preserve">GiggleBugs seeks to employ qualified early-childhood professionals who meet applicable EEC requirements for their positions. Staff qualifications, background-record checks, training, health documentation, and certifications are maintained as required by applicable EEC regulations and </w:t>
      </w:r>
      <w:r>
        <w:lastRenderedPageBreak/>
        <w:t>program policy. Classroom staffing is scheduled to maintain required staff-to-child ratios and appropriate supervision.</w:t>
      </w:r>
    </w:p>
    <w:p w14:paraId="2A382B72" w14:textId="77777777" w:rsidR="009647E0" w:rsidRDefault="00000000">
      <w:pPr>
        <w:pStyle w:val="BodyText"/>
      </w:pPr>
      <w:r>
        <w:t>Individual employee names, certification numbers, and staffing assignments are maintained separately from this handbook and may change as staffing changes. A qualified person will be designated to oversee program operations whenever the Director is unavailable.</w:t>
      </w:r>
    </w:p>
    <w:p w14:paraId="47E774C7" w14:textId="77777777" w:rsidR="009647E0" w:rsidRDefault="00000000">
      <w:pPr>
        <w:pStyle w:val="Heading1"/>
        <w:pageBreakBefore/>
      </w:pPr>
      <w:r>
        <w:lastRenderedPageBreak/>
        <w:t>2. Enrollment and Records</w:t>
      </w:r>
    </w:p>
    <w:p w14:paraId="1577D142" w14:textId="77777777" w:rsidR="009647E0" w:rsidRDefault="00000000">
      <w:pPr>
        <w:pStyle w:val="Heading2"/>
      </w:pPr>
      <w:r>
        <w:t>Enrollment Procedures</w:t>
      </w:r>
    </w:p>
    <w:p w14:paraId="30A39816" w14:textId="77777777" w:rsidR="009647E0" w:rsidRDefault="00000000">
      <w:pPr>
        <w:pStyle w:val="BodyText"/>
      </w:pPr>
      <w:r>
        <w:t>Enrollment is based on available space, the child’s age and classroom placement, staffing, licensed capacity, and the program’s ability to meet the child’s needs with reasonable accommodations when applicable. When space is unavailable, families may be placed on a waiting list. All enrollment practices remain subject to the program’s nondiscrimination and reasonable-accommodation policies.</w:t>
      </w:r>
    </w:p>
    <w:p w14:paraId="0F0E45EF" w14:textId="77777777" w:rsidR="009647E0" w:rsidRDefault="00000000">
      <w:pPr>
        <w:pStyle w:val="Heading2"/>
      </w:pPr>
      <w:r>
        <w:t>Enrollment Records and Required Information</w:t>
      </w:r>
    </w:p>
    <w:p w14:paraId="319D8F4F" w14:textId="77777777" w:rsidR="009647E0" w:rsidRDefault="00000000">
      <w:pPr>
        <w:pStyle w:val="BodyText"/>
      </w:pPr>
      <w:r>
        <w:t>Parents and guardians are responsible for providing accurate and complete enrollment information and notifying GiggleBugs whenever important information changes. Required enrollment materials may include:</w:t>
      </w:r>
    </w:p>
    <w:p w14:paraId="048F86FF" w14:textId="77777777" w:rsidR="009647E0" w:rsidRDefault="00000000">
      <w:pPr>
        <w:pStyle w:val="ListBullet"/>
        <w:spacing w:after="40"/>
        <w:ind w:left="403" w:hanging="173"/>
      </w:pPr>
      <w:r>
        <w:t>Child and parent/guardian enrollment information</w:t>
      </w:r>
    </w:p>
    <w:p w14:paraId="113A8815" w14:textId="77777777" w:rsidR="009647E0" w:rsidRDefault="00000000">
      <w:pPr>
        <w:pStyle w:val="ListBullet"/>
        <w:spacing w:after="40"/>
        <w:ind w:left="403" w:hanging="173"/>
      </w:pPr>
      <w:r>
        <w:t>Emergency contacts and authorized pickup information</w:t>
      </w:r>
    </w:p>
    <w:p w14:paraId="0D833DE3" w14:textId="77777777" w:rsidR="009647E0" w:rsidRDefault="00000000">
      <w:pPr>
        <w:pStyle w:val="ListBullet"/>
        <w:spacing w:after="40"/>
        <w:ind w:left="403" w:hanging="173"/>
      </w:pPr>
      <w:r>
        <w:t>Transportation information, when applicable</w:t>
      </w:r>
    </w:p>
    <w:p w14:paraId="7EE9E00A" w14:textId="77777777" w:rsidR="009647E0" w:rsidRDefault="00000000">
      <w:pPr>
        <w:pStyle w:val="ListBullet"/>
        <w:spacing w:after="40"/>
        <w:ind w:left="403" w:hanging="173"/>
      </w:pPr>
      <w:r>
        <w:t>Required permissions and authorizations</w:t>
      </w:r>
    </w:p>
    <w:p w14:paraId="6D44D0C6" w14:textId="77777777" w:rsidR="009647E0" w:rsidRDefault="00000000">
      <w:pPr>
        <w:pStyle w:val="ListBullet"/>
        <w:spacing w:after="40"/>
        <w:ind w:left="403" w:hanging="173"/>
      </w:pPr>
      <w:r>
        <w:t>Current medical and immunization information</w:t>
      </w:r>
    </w:p>
    <w:p w14:paraId="040A206A" w14:textId="77777777" w:rsidR="009647E0" w:rsidRDefault="00000000">
      <w:pPr>
        <w:pStyle w:val="ListBullet"/>
        <w:spacing w:after="40"/>
        <w:ind w:left="403" w:hanging="173"/>
      </w:pPr>
      <w:r>
        <w:t>Information regarding allergies, chronic medical conditions, medications, or special health-care needs</w:t>
      </w:r>
    </w:p>
    <w:p w14:paraId="138A25F4" w14:textId="77777777" w:rsidR="009647E0" w:rsidRDefault="00000000">
      <w:pPr>
        <w:pStyle w:val="ListBullet"/>
        <w:spacing w:after="40"/>
        <w:ind w:left="403" w:hanging="173"/>
      </w:pPr>
      <w:r>
        <w:t>Relevant custody, guardianship, foster-care, or court documents, when applicable</w:t>
      </w:r>
    </w:p>
    <w:p w14:paraId="35DEB1E5" w14:textId="77777777" w:rsidR="009647E0" w:rsidRDefault="00000000">
      <w:pPr>
        <w:pStyle w:val="ListBullet"/>
        <w:spacing w:after="40"/>
        <w:ind w:left="403" w:hanging="173"/>
      </w:pPr>
      <w:r>
        <w:t>Other information required by EEC or necessary for the safe care of the child</w:t>
      </w:r>
    </w:p>
    <w:p w14:paraId="3B5B7722" w14:textId="77777777" w:rsidR="009647E0" w:rsidRDefault="00000000">
      <w:pPr>
        <w:pStyle w:val="BodyText"/>
      </w:pPr>
      <w:r>
        <w:t>A child may not begin care until documents required before admission have been completed.</w:t>
      </w:r>
    </w:p>
    <w:p w14:paraId="3EF61E21" w14:textId="77777777" w:rsidR="009647E0" w:rsidRDefault="00000000">
      <w:pPr>
        <w:pStyle w:val="Heading2"/>
      </w:pPr>
      <w:r>
        <w:t>Children With Disabilities and Individualized Supports</w:t>
      </w:r>
    </w:p>
    <w:p w14:paraId="02EEBC79" w14:textId="77777777" w:rsidR="009647E0" w:rsidRDefault="00000000">
      <w:pPr>
        <w:pStyle w:val="BodyText"/>
      </w:pPr>
      <w:r>
        <w:t>GiggleBugs welcomes applications from children with disabilities and will make reasonable accommodations in accordance with applicable state and federal law and EEC requirements. When a child may require additional accommodations or supports, GiggleBugs will work with the child’s parent or guardian to identify individual needs.</w:t>
      </w:r>
    </w:p>
    <w:p w14:paraId="1BC11153" w14:textId="77777777" w:rsidR="009647E0" w:rsidRDefault="00000000">
      <w:pPr>
        <w:pStyle w:val="BodyText"/>
      </w:pPr>
      <w:r>
        <w:t>With parental permission, the program may request relevant information from Early Intervention, the child’s public school, medical providers, therapists, or other appropriate service providers. Accommodations will be considered individually based on the child’s needs and applicable program and licensing requirements.</w:t>
      </w:r>
    </w:p>
    <w:p w14:paraId="58C26CCD" w14:textId="77777777" w:rsidR="009647E0" w:rsidRDefault="00000000">
      <w:pPr>
        <w:pStyle w:val="Heading2"/>
      </w:pPr>
      <w:r>
        <w:t>Children’s Records and Confidentiality</w:t>
      </w:r>
    </w:p>
    <w:p w14:paraId="35D4E88A" w14:textId="77777777" w:rsidR="009647E0" w:rsidRDefault="00000000">
      <w:pPr>
        <w:pStyle w:val="BodyText"/>
      </w:pPr>
      <w:r>
        <w:t>GiggleBugs maintains an individual record for each child in accordance with applicable EEC requirements. Records may include enrollment and health information, permissions and authorizations, progress reports, incident or injury reports, individual plans, referral information, custody or court documents, relevant correspondence, and other documentation concerning the child’s care.</w:t>
      </w:r>
    </w:p>
    <w:p w14:paraId="43E9B778" w14:textId="77777777" w:rsidR="009647E0" w:rsidRDefault="00000000">
      <w:pPr>
        <w:pStyle w:val="BodyText"/>
      </w:pPr>
      <w:r>
        <w:t>Parents and guardians may access their child’s record at reasonable times and may request copies or appropriate corrections in accordance with applicable requirements. Records are maintained for the period required by EEC and are made available to EEC when required as part of licensing and regulatory responsibilities.</w:t>
      </w:r>
    </w:p>
    <w:p w14:paraId="78305F6A" w14:textId="77777777" w:rsidR="009647E0" w:rsidRDefault="00000000">
      <w:pPr>
        <w:pStyle w:val="BodyText"/>
      </w:pPr>
      <w:r>
        <w:t xml:space="preserve">Information concerning children and families is confidential and will only be accessed, used, or disclosed as permitted by law, EEC requirements, parental authorization, or court order. Families should </w:t>
      </w:r>
      <w:r>
        <w:lastRenderedPageBreak/>
        <w:t>not photograph, record, distribute, or post images of other enrolled children without appropriate authorization.</w:t>
      </w:r>
    </w:p>
    <w:p w14:paraId="72C96A21" w14:textId="77777777" w:rsidR="009647E0" w:rsidRDefault="00000000">
      <w:pPr>
        <w:pStyle w:val="Heading2"/>
      </w:pPr>
      <w:r>
        <w:t>Custody, Guardianship, and Foster Care</w:t>
      </w:r>
    </w:p>
    <w:p w14:paraId="33F96129" w14:textId="77777777" w:rsidR="009647E0" w:rsidRDefault="00000000">
      <w:pPr>
        <w:pStyle w:val="BodyText"/>
      </w:pPr>
      <w:r>
        <w:t>Parents and guardians must provide GiggleBugs with current court orders, custody agreements, restraining orders, guardianship documents, foster-care authorizations, or other legal documents that affect a person’s authority to pick up, visit, communicate with, or make decisions concerning the child. Families are responsible for promptly providing updated documentation whenever an order changes, expires, or is replaced.</w:t>
      </w:r>
    </w:p>
    <w:p w14:paraId="01112E67" w14:textId="77777777" w:rsidR="009647E0" w:rsidRDefault="00000000">
      <w:pPr>
        <w:pStyle w:val="BodyText"/>
      </w:pPr>
      <w:r>
        <w:t>Children will only be released to individuals who are legally authorized and permitted under the child’s enrollment information and any applicable court or agency documentation. For children in foster care or agency custody, GiggleBugs will follow written instructions provided by the responsible agency. GiggleBugs employees are not available to supervise court-ordered parenting time or visitation.</w:t>
      </w:r>
    </w:p>
    <w:p w14:paraId="0B2DC3FE" w14:textId="77777777" w:rsidR="009647E0" w:rsidRDefault="00000000">
      <w:pPr>
        <w:pStyle w:val="Heading2"/>
      </w:pPr>
      <w:r>
        <w:t>Family Withdrawal</w:t>
      </w:r>
    </w:p>
    <w:p w14:paraId="75C49EF2" w14:textId="77777777" w:rsidR="009647E0" w:rsidRDefault="00000000">
      <w:pPr>
        <w:pStyle w:val="BodyText"/>
      </w:pPr>
      <w:r>
        <w:t>Families may withdraw their child from GiggleBugs at any time. During the initial two weeks of enrollment, a family may withdraw without being responsible for an additional two weeks of tuition unless otherwise stated in the signed Enrollment Agreement. After the initial two-week period, families are required to provide two weeks’ written notice of withdrawal.</w:t>
      </w:r>
    </w:p>
    <w:p w14:paraId="13128DAF" w14:textId="77777777" w:rsidR="009647E0" w:rsidRDefault="00000000">
      <w:pPr>
        <w:pStyle w:val="BodyText"/>
      </w:pPr>
      <w:r>
        <w:t>Tuition remains due throughout the notice period regardless of whether the child attends. Written notice should be provided to the Director, and any outstanding tuition, fees, or other amounts owed must be paid according to the family’s Enrollment Agreement.</w:t>
      </w:r>
    </w:p>
    <w:p w14:paraId="49D233B0" w14:textId="77777777" w:rsidR="009647E0" w:rsidRDefault="00000000">
      <w:pPr>
        <w:pStyle w:val="Heading1"/>
        <w:pageBreakBefore/>
      </w:pPr>
      <w:r>
        <w:lastRenderedPageBreak/>
        <w:t>3. Hours, Tuition, Attendance, and Closures</w:t>
      </w:r>
    </w:p>
    <w:p w14:paraId="2015BADC" w14:textId="77777777" w:rsidR="009647E0" w:rsidRDefault="00000000">
      <w:pPr>
        <w:pStyle w:val="Heading2"/>
      </w:pPr>
      <w:r>
        <w:t>Hours of Operation</w:t>
      </w:r>
    </w:p>
    <w:p w14:paraId="7CAE4E2E" w14:textId="77777777" w:rsidR="009647E0" w:rsidRDefault="00000000">
      <w:pPr>
        <w:pStyle w:val="BodyText"/>
      </w:pPr>
      <w:r>
        <w:t>GiggleBugs Preschool and Infant/Toddler Center is open Monday through Friday from 7:00 a.m. to 5:30 p.m. Before-school care is generally available from 7:00 a.m. to 8:00 a.m., and after-school care is generally available from 2:30 p.m. to 5:30 p.m. GiggleBugs is closed on Saturdays and Sundays.</w:t>
      </w:r>
    </w:p>
    <w:p w14:paraId="45FA26C2" w14:textId="77777777" w:rsidR="009647E0" w:rsidRDefault="00000000">
      <w:pPr>
        <w:pStyle w:val="BodyText"/>
      </w:pPr>
      <w:r>
        <w:t>Hours may occasionally be modified due to holidays, professional development, inclement weather, emergencies, staffing emergencies, or other circumstances affecting the safe operation of the program. Families will be notified as soon as reasonably possible when operating hours change.</w:t>
      </w:r>
    </w:p>
    <w:p w14:paraId="28ADB778" w14:textId="77777777" w:rsidR="009647E0" w:rsidRDefault="00000000">
      <w:pPr>
        <w:pStyle w:val="Heading2"/>
      </w:pPr>
      <w:r>
        <w:t>Summer and School-Vacation Enrollment</w:t>
      </w:r>
    </w:p>
    <w:p w14:paraId="2B644C03" w14:textId="77777777" w:rsidR="009647E0" w:rsidRDefault="00000000">
      <w:pPr>
        <w:pStyle w:val="BodyText"/>
      </w:pPr>
      <w:r>
        <w:t>Care during summer vacation and school-vacation periods may be available depending upon classroom space, staffing, licensed capacity, and the ages of the children requesting care. Families should contact the Director for current availability and rates.</w:t>
      </w:r>
    </w:p>
    <w:p w14:paraId="41C4EBA0" w14:textId="77777777" w:rsidR="009647E0" w:rsidRDefault="00000000">
      <w:pPr>
        <w:pStyle w:val="Heading2"/>
      </w:pPr>
      <w:r>
        <w:t>Tuition and Fees</w:t>
      </w:r>
    </w:p>
    <w:tbl>
      <w:tblPr>
        <w:tblW w:w="0" w:type="auto"/>
        <w:jc w:val="center"/>
        <w:tblLook w:val="04A0" w:firstRow="1" w:lastRow="0" w:firstColumn="1" w:lastColumn="0" w:noHBand="0" w:noVBand="1"/>
      </w:tblPr>
      <w:tblGrid>
        <w:gridCol w:w="4968"/>
        <w:gridCol w:w="4968"/>
      </w:tblGrid>
      <w:tr w:rsidR="009647E0" w14:paraId="0FE4FF8D" w14:textId="77777777">
        <w:trPr>
          <w:jc w:val="center"/>
        </w:trPr>
        <w:tc>
          <w:tcPr>
            <w:tcW w:w="4968" w:type="dxa"/>
            <w:shd w:val="clear" w:color="auto" w:fill="EDEDED"/>
            <w:tcMar>
              <w:top w:w="70" w:type="dxa"/>
              <w:left w:w="90" w:type="dxa"/>
              <w:bottom w:w="70" w:type="dxa"/>
              <w:right w:w="90" w:type="dxa"/>
            </w:tcMar>
            <w:vAlign w:val="center"/>
          </w:tcPr>
          <w:p w14:paraId="3A903F7A" w14:textId="77777777" w:rsidR="009647E0" w:rsidRDefault="00000000">
            <w:r>
              <w:rPr>
                <w:b/>
              </w:rPr>
              <w:t>Program</w:t>
            </w:r>
          </w:p>
        </w:tc>
        <w:tc>
          <w:tcPr>
            <w:tcW w:w="4968" w:type="dxa"/>
            <w:shd w:val="clear" w:color="auto" w:fill="EDEDED"/>
            <w:tcMar>
              <w:top w:w="70" w:type="dxa"/>
              <w:left w:w="90" w:type="dxa"/>
              <w:bottom w:w="70" w:type="dxa"/>
              <w:right w:w="90" w:type="dxa"/>
            </w:tcMar>
            <w:vAlign w:val="center"/>
          </w:tcPr>
          <w:p w14:paraId="4AE009CE" w14:textId="77777777" w:rsidR="009647E0" w:rsidRDefault="00000000">
            <w:r>
              <w:rPr>
                <w:b/>
              </w:rPr>
              <w:t>Current Rate</w:t>
            </w:r>
          </w:p>
        </w:tc>
      </w:tr>
      <w:tr w:rsidR="009647E0" w14:paraId="73342200" w14:textId="77777777">
        <w:trPr>
          <w:jc w:val="center"/>
        </w:trPr>
        <w:tc>
          <w:tcPr>
            <w:tcW w:w="4968" w:type="dxa"/>
            <w:tcMar>
              <w:top w:w="70" w:type="dxa"/>
              <w:left w:w="90" w:type="dxa"/>
              <w:bottom w:w="70" w:type="dxa"/>
              <w:right w:w="90" w:type="dxa"/>
            </w:tcMar>
          </w:tcPr>
          <w:p w14:paraId="262D0C2A" w14:textId="77777777" w:rsidR="009647E0" w:rsidRDefault="00000000">
            <w:r>
              <w:t>Preschool (Ages 2.9–5)</w:t>
            </w:r>
          </w:p>
        </w:tc>
        <w:tc>
          <w:tcPr>
            <w:tcW w:w="4968" w:type="dxa"/>
            <w:tcMar>
              <w:top w:w="70" w:type="dxa"/>
              <w:left w:w="90" w:type="dxa"/>
              <w:bottom w:w="70" w:type="dxa"/>
              <w:right w:w="90" w:type="dxa"/>
            </w:tcMar>
          </w:tcPr>
          <w:p w14:paraId="293862D4" w14:textId="77777777" w:rsidR="009647E0" w:rsidRDefault="00000000">
            <w:r>
              <w:t>1 Day: $66.00</w:t>
            </w:r>
            <w:r>
              <w:br/>
              <w:t>2 Days: $132.00</w:t>
            </w:r>
            <w:r>
              <w:br/>
              <w:t>3 Days: $198.00</w:t>
            </w:r>
            <w:r>
              <w:br/>
              <w:t>4–5 Days: $305.00 per week</w:t>
            </w:r>
          </w:p>
        </w:tc>
      </w:tr>
      <w:tr w:rsidR="009647E0" w14:paraId="1535C1E8" w14:textId="77777777">
        <w:trPr>
          <w:jc w:val="center"/>
        </w:trPr>
        <w:tc>
          <w:tcPr>
            <w:tcW w:w="4968" w:type="dxa"/>
            <w:tcMar>
              <w:top w:w="70" w:type="dxa"/>
              <w:left w:w="90" w:type="dxa"/>
              <w:bottom w:w="70" w:type="dxa"/>
              <w:right w:w="90" w:type="dxa"/>
            </w:tcMar>
          </w:tcPr>
          <w:p w14:paraId="320942AD" w14:textId="77777777" w:rsidR="009647E0" w:rsidRDefault="00000000">
            <w:r>
              <w:t>Toddlers (15 months–2.9 years)</w:t>
            </w:r>
          </w:p>
        </w:tc>
        <w:tc>
          <w:tcPr>
            <w:tcW w:w="4968" w:type="dxa"/>
            <w:tcMar>
              <w:top w:w="70" w:type="dxa"/>
              <w:left w:w="90" w:type="dxa"/>
              <w:bottom w:w="70" w:type="dxa"/>
              <w:right w:w="90" w:type="dxa"/>
            </w:tcMar>
          </w:tcPr>
          <w:p w14:paraId="284FB73F" w14:textId="77777777" w:rsidR="009647E0" w:rsidRDefault="00000000">
            <w:r>
              <w:t>1 Day: $70.00</w:t>
            </w:r>
            <w:r>
              <w:br/>
              <w:t>2 Days: $140.00</w:t>
            </w:r>
            <w:r>
              <w:br/>
              <w:t>3 Days: $210.00</w:t>
            </w:r>
            <w:r>
              <w:br/>
              <w:t>4–5 Days: $325.00 per week</w:t>
            </w:r>
          </w:p>
        </w:tc>
      </w:tr>
      <w:tr w:rsidR="009647E0" w14:paraId="4ACD6DE4" w14:textId="77777777">
        <w:trPr>
          <w:jc w:val="center"/>
        </w:trPr>
        <w:tc>
          <w:tcPr>
            <w:tcW w:w="4968" w:type="dxa"/>
            <w:tcMar>
              <w:top w:w="70" w:type="dxa"/>
              <w:left w:w="90" w:type="dxa"/>
              <w:bottom w:w="70" w:type="dxa"/>
              <w:right w:w="90" w:type="dxa"/>
            </w:tcMar>
          </w:tcPr>
          <w:p w14:paraId="4A5CA8D6" w14:textId="77777777" w:rsidR="009647E0" w:rsidRDefault="00000000">
            <w:r>
              <w:t>Infants (2–15 months)</w:t>
            </w:r>
          </w:p>
        </w:tc>
        <w:tc>
          <w:tcPr>
            <w:tcW w:w="4968" w:type="dxa"/>
            <w:tcMar>
              <w:top w:w="70" w:type="dxa"/>
              <w:left w:w="90" w:type="dxa"/>
              <w:bottom w:w="70" w:type="dxa"/>
              <w:right w:w="90" w:type="dxa"/>
            </w:tcMar>
          </w:tcPr>
          <w:p w14:paraId="5FC6057D" w14:textId="77777777" w:rsidR="009647E0" w:rsidRDefault="00000000">
            <w:r>
              <w:t>1 Day: $74.00</w:t>
            </w:r>
            <w:r>
              <w:br/>
              <w:t>2 Days: $148.00</w:t>
            </w:r>
            <w:r>
              <w:br/>
              <w:t>3 Days: $222.00</w:t>
            </w:r>
            <w:r>
              <w:br/>
              <w:t>4–5 Days: $345.00 per week</w:t>
            </w:r>
          </w:p>
        </w:tc>
      </w:tr>
    </w:tbl>
    <w:p w14:paraId="45FDA9BB" w14:textId="77777777" w:rsidR="009647E0" w:rsidRDefault="00000000">
      <w:pPr>
        <w:pStyle w:val="BodyText"/>
      </w:pPr>
      <w:r>
        <w:t>Tuition rates and other fees may be changed by GiggleBugs with advance written notice to families.</w:t>
      </w:r>
    </w:p>
    <w:p w14:paraId="2F6545F9" w14:textId="77777777" w:rsidR="009647E0" w:rsidRDefault="00000000">
      <w:pPr>
        <w:pStyle w:val="Heading2"/>
      </w:pPr>
      <w:r>
        <w:t>Family Discount</w:t>
      </w:r>
    </w:p>
    <w:p w14:paraId="5B3A2F88" w14:textId="77777777" w:rsidR="009647E0" w:rsidRDefault="00000000">
      <w:pPr>
        <w:pStyle w:val="BodyText"/>
      </w:pPr>
      <w:r>
        <w:t>Families with more than one child enrolled will receive a $20.00 tuition discount for the additional enrolled child unless otherwise specified in the family’s Enrollment Agreement.</w:t>
      </w:r>
    </w:p>
    <w:p w14:paraId="623E5895" w14:textId="77777777" w:rsidR="009647E0" w:rsidRDefault="00000000">
      <w:pPr>
        <w:pStyle w:val="Heading2"/>
      </w:pPr>
      <w:r>
        <w:t>Tuition During Absences and Closures</w:t>
      </w:r>
    </w:p>
    <w:p w14:paraId="0CD946B7" w14:textId="77777777" w:rsidR="009647E0" w:rsidRDefault="00000000">
      <w:pPr>
        <w:pStyle w:val="BodyText"/>
      </w:pPr>
      <w:r>
        <w:t>Tuition reserves your child’s enrollment space and is based on the child’s scheduled enrollment rather than actual daily attendance. Regular tuition remains due when a child is absent because of illness, appointments, family vacation, or other personal reasons.</w:t>
      </w:r>
    </w:p>
    <w:p w14:paraId="067A9441" w14:textId="77777777" w:rsidR="009647E0" w:rsidRDefault="00000000">
      <w:pPr>
        <w:pStyle w:val="BodyText"/>
      </w:pPr>
      <w:r>
        <w:t xml:space="preserve">Regular tuition also remains due for scheduled program holidays, professional-development closures, weather-related closures, and emergency closures unless GiggleBugs specifically notifies families </w:t>
      </w:r>
      <w:r>
        <w:lastRenderedPageBreak/>
        <w:t>otherwise. Families should provide as much advance notice as possible for planned absences and at least one week’s notice for vacations whenever possible.</w:t>
      </w:r>
    </w:p>
    <w:p w14:paraId="279636D0" w14:textId="77777777" w:rsidR="009647E0" w:rsidRDefault="00000000">
      <w:pPr>
        <w:pStyle w:val="Heading2"/>
      </w:pPr>
      <w:r>
        <w:t>Scheduled Holidays</w:t>
      </w:r>
    </w:p>
    <w:p w14:paraId="48C1A20D" w14:textId="77777777" w:rsidR="009647E0" w:rsidRDefault="00000000">
      <w:pPr>
        <w:pStyle w:val="ListBullet"/>
        <w:spacing w:after="40"/>
        <w:ind w:left="403" w:hanging="173"/>
      </w:pPr>
      <w:r>
        <w:t>New Year’s Day</w:t>
      </w:r>
    </w:p>
    <w:p w14:paraId="4772BA6B" w14:textId="77777777" w:rsidR="009647E0" w:rsidRDefault="00000000">
      <w:pPr>
        <w:pStyle w:val="ListBullet"/>
        <w:spacing w:after="40"/>
        <w:ind w:left="403" w:hanging="173"/>
      </w:pPr>
      <w:r>
        <w:t>Martin Luther King Jr. Day</w:t>
      </w:r>
    </w:p>
    <w:p w14:paraId="176671B7" w14:textId="77777777" w:rsidR="009647E0" w:rsidRDefault="00000000">
      <w:pPr>
        <w:pStyle w:val="ListBullet"/>
        <w:spacing w:after="40"/>
        <w:ind w:left="403" w:hanging="173"/>
      </w:pPr>
      <w:r>
        <w:t>Presidents’ Day</w:t>
      </w:r>
    </w:p>
    <w:p w14:paraId="502540F6" w14:textId="77777777" w:rsidR="009647E0" w:rsidRDefault="00000000">
      <w:pPr>
        <w:pStyle w:val="ListBullet"/>
        <w:spacing w:after="40"/>
        <w:ind w:left="403" w:hanging="173"/>
      </w:pPr>
      <w:r>
        <w:t>Memorial Day</w:t>
      </w:r>
    </w:p>
    <w:p w14:paraId="403A0225" w14:textId="77777777" w:rsidR="009647E0" w:rsidRDefault="00000000">
      <w:pPr>
        <w:pStyle w:val="ListBullet"/>
        <w:spacing w:after="40"/>
        <w:ind w:left="403" w:hanging="173"/>
      </w:pPr>
      <w:r>
        <w:t>Independence Day</w:t>
      </w:r>
    </w:p>
    <w:p w14:paraId="0C712B0C" w14:textId="77777777" w:rsidR="009647E0" w:rsidRDefault="00000000">
      <w:pPr>
        <w:pStyle w:val="ListBullet"/>
        <w:spacing w:after="40"/>
        <w:ind w:left="403" w:hanging="173"/>
      </w:pPr>
      <w:r>
        <w:t>Labor Day</w:t>
      </w:r>
    </w:p>
    <w:p w14:paraId="6C8D2A86" w14:textId="77777777" w:rsidR="009647E0" w:rsidRDefault="00000000">
      <w:pPr>
        <w:pStyle w:val="ListBullet"/>
        <w:spacing w:after="40"/>
        <w:ind w:left="403" w:hanging="173"/>
      </w:pPr>
      <w:r>
        <w:t>Indigenous Peoples’ Day/Columbus Day</w:t>
      </w:r>
    </w:p>
    <w:p w14:paraId="7EA5353C" w14:textId="77777777" w:rsidR="009647E0" w:rsidRDefault="00000000">
      <w:pPr>
        <w:pStyle w:val="ListBullet"/>
        <w:spacing w:after="40"/>
        <w:ind w:left="403" w:hanging="173"/>
      </w:pPr>
      <w:r>
        <w:t>Veterans Day</w:t>
      </w:r>
    </w:p>
    <w:p w14:paraId="22F847D8" w14:textId="77777777" w:rsidR="009647E0" w:rsidRDefault="00000000">
      <w:pPr>
        <w:pStyle w:val="ListBullet"/>
        <w:spacing w:after="40"/>
        <w:ind w:left="403" w:hanging="173"/>
      </w:pPr>
      <w:r>
        <w:t>Thanksgiving Day</w:t>
      </w:r>
    </w:p>
    <w:p w14:paraId="29E8E57D" w14:textId="77777777" w:rsidR="009647E0" w:rsidRDefault="00000000">
      <w:pPr>
        <w:pStyle w:val="ListBullet"/>
        <w:spacing w:after="40"/>
        <w:ind w:left="403" w:hanging="173"/>
      </w:pPr>
      <w:r>
        <w:t>Friday After Thanksgiving</w:t>
      </w:r>
    </w:p>
    <w:p w14:paraId="66B8B2D7" w14:textId="77777777" w:rsidR="009647E0" w:rsidRDefault="00000000">
      <w:pPr>
        <w:pStyle w:val="ListBullet"/>
        <w:spacing w:after="40"/>
        <w:ind w:left="403" w:hanging="173"/>
      </w:pPr>
      <w:r>
        <w:t>Christmas Eve</w:t>
      </w:r>
    </w:p>
    <w:p w14:paraId="56B1D86B" w14:textId="77777777" w:rsidR="009647E0" w:rsidRDefault="00000000">
      <w:pPr>
        <w:pStyle w:val="ListBullet"/>
        <w:spacing w:after="40"/>
        <w:ind w:left="403" w:hanging="173"/>
      </w:pPr>
      <w:r>
        <w:t>Christmas Day</w:t>
      </w:r>
    </w:p>
    <w:p w14:paraId="7FC85370" w14:textId="77777777" w:rsidR="009647E0" w:rsidRDefault="00000000">
      <w:pPr>
        <w:pStyle w:val="ListBullet"/>
        <w:spacing w:after="40"/>
        <w:ind w:left="403" w:hanging="173"/>
      </w:pPr>
      <w:r>
        <w:t>Day After Christmas</w:t>
      </w:r>
    </w:p>
    <w:p w14:paraId="4335F655" w14:textId="77777777" w:rsidR="009647E0" w:rsidRDefault="00000000">
      <w:pPr>
        <w:pStyle w:val="BodyText"/>
      </w:pPr>
      <w:r>
        <w:t>The annual program calendar will identify scheduled closures. Additional professional-development dates may be announced in advance.</w:t>
      </w:r>
    </w:p>
    <w:p w14:paraId="08380475" w14:textId="77777777" w:rsidR="009647E0" w:rsidRDefault="00000000">
      <w:pPr>
        <w:pStyle w:val="Heading2"/>
      </w:pPr>
      <w:r>
        <w:t>Payment of Tuition, Late Payments, and Returned Checks</w:t>
      </w:r>
    </w:p>
    <w:p w14:paraId="680FAD5B" w14:textId="77777777" w:rsidR="009647E0" w:rsidRDefault="00000000">
      <w:pPr>
        <w:pStyle w:val="BodyText"/>
      </w:pPr>
      <w:r>
        <w:t>Tuition is paid in advance according to the payment schedule established in each family’s Enrollment Agreement. Payments may be made using the payment methods currently accepted by GiggleBugs. Cash payments should be placed in an envelope clearly labeled with the child’s name and classroom. Families are responsible for ensuring that payment is received by the due date.</w:t>
      </w:r>
    </w:p>
    <w:p w14:paraId="3C7A6662" w14:textId="77777777" w:rsidR="009647E0" w:rsidRDefault="00000000">
      <w:pPr>
        <w:pStyle w:val="BodyText"/>
      </w:pPr>
      <w:r>
        <w:t>A late fee of $25.00 per day may be assessed on overdue balances. Repeated late payment, failure to make an agreed-upon payment arrangement, or failure to resolve an outstanding balance may result in suspension or termination of child-care services after notice from the Director. A $20.00 returned-check fee will be assessed for a returned payment. After a second returned check, GiggleBugs may require future payments to be made by cash, money order, or another approved payment method.</w:t>
      </w:r>
    </w:p>
    <w:p w14:paraId="3EB68DC6" w14:textId="77777777" w:rsidR="009647E0" w:rsidRDefault="00000000">
      <w:pPr>
        <w:pStyle w:val="Heading2"/>
      </w:pPr>
      <w:r>
        <w:t>Temporary Leave From the Program</w:t>
      </w:r>
    </w:p>
    <w:p w14:paraId="7C69CC67" w14:textId="77777777" w:rsidR="009647E0" w:rsidRDefault="00000000">
      <w:pPr>
        <w:pStyle w:val="BodyText"/>
      </w:pPr>
      <w:r>
        <w:t>Families who need to temporarily remove a child from care because of an extended vacation, family circumstance, medical situation, or other reason should contact the Director. When space can be held, GiggleBugs may enter into a written temporary-leave agreement identifying the dates of the leave, any tuition or holding fee required during the absence, and the anticipated return date. A child’s space cannot be guaranteed unless the required arrangements are made in writing.</w:t>
      </w:r>
    </w:p>
    <w:p w14:paraId="01D385B4" w14:textId="77777777" w:rsidR="009647E0" w:rsidRDefault="00000000">
      <w:pPr>
        <w:pStyle w:val="Heading2"/>
      </w:pPr>
      <w:r>
        <w:t>Arrival and Departure</w:t>
      </w:r>
    </w:p>
    <w:p w14:paraId="2ABD0EA7" w14:textId="77777777" w:rsidR="009647E0" w:rsidRDefault="00000000">
      <w:pPr>
        <w:pStyle w:val="BodyText"/>
      </w:pPr>
      <w:r>
        <w:t>Families are expected to follow their contracted arrival and departure times whenever possible. A parent or authorized adult must ensure that the child has been received by a staff member before leaving the program. Children should arrive no later than 9:30 a.m. unless another arrival time has been discussed. Exceptions may be made for medical appointments or other circumstances, and reasonable accommodations will be considered when necessary.</w:t>
      </w:r>
    </w:p>
    <w:p w14:paraId="31E7E25B" w14:textId="77777777" w:rsidR="009647E0" w:rsidRDefault="00000000">
      <w:pPr>
        <w:pStyle w:val="Heading2"/>
      </w:pPr>
      <w:r>
        <w:lastRenderedPageBreak/>
        <w:t>Late Pickup</w:t>
      </w:r>
    </w:p>
    <w:p w14:paraId="27E384B1" w14:textId="77777777" w:rsidR="009647E0" w:rsidRDefault="00000000">
      <w:pPr>
        <w:pStyle w:val="BodyText"/>
      </w:pPr>
      <w:r>
        <w:t>GiggleBugs closes at 5:30 p.m. Families who expect to be late must contact the program as soon as possible. A late fee of $10.00 for each five-minute period after the child’s scheduled pickup time may be charged. If a child remains at the center after closing and the parent/guardian and authorized emergency contacts cannot be reached within a reasonable period of time, GiggleBugs may contact local law enforcement or another appropriate authority to ensure the child’s safety.</w:t>
      </w:r>
    </w:p>
    <w:p w14:paraId="5E6646A7" w14:textId="77777777" w:rsidR="009647E0" w:rsidRDefault="00000000">
      <w:pPr>
        <w:pStyle w:val="Heading2"/>
      </w:pPr>
      <w:r>
        <w:t>Authorized Pickup</w:t>
      </w:r>
    </w:p>
    <w:p w14:paraId="14B15208" w14:textId="77777777" w:rsidR="009647E0" w:rsidRDefault="00000000">
      <w:pPr>
        <w:pStyle w:val="BodyText"/>
      </w:pPr>
      <w:r>
        <w:t>Children will only be released to a parent, legal guardian, or individual authorized by the parent/guardian and permitted under any applicable custody or court order. Parents must notify GiggleBugs when another authorized individual will be picking up their child. If staff has not been notified, the program will contact a parent/guardian before releasing the child to another adult. Government-issued photo identification may be required when the individual is not known to staff.</w:t>
      </w:r>
    </w:p>
    <w:p w14:paraId="71A4BCD1" w14:textId="77777777" w:rsidR="009647E0" w:rsidRDefault="00000000">
      <w:pPr>
        <w:pStyle w:val="Heading2"/>
      </w:pPr>
      <w:r>
        <w:t>Inclement Weather and Emergency Closures</w:t>
      </w:r>
    </w:p>
    <w:p w14:paraId="57EC9BCE" w14:textId="77777777" w:rsidR="009647E0" w:rsidRDefault="00000000">
      <w:pPr>
        <w:pStyle w:val="BodyText"/>
      </w:pPr>
      <w:r>
        <w:t>The Director will determine whether GiggleBugs will open late, close early, or close for the day because of weather or another emergency. GiggleBugs does not automatically follow Monson Public Schools’ closing decisions. Families will be notified through the program’s usual communication methods as soon as reasonably possible. Tuition remains due during weather-related delays or closures as described in the Tuition During Absences and Closures section of this handbook.</w:t>
      </w:r>
    </w:p>
    <w:p w14:paraId="2B220DAC" w14:textId="77777777" w:rsidR="009647E0" w:rsidRDefault="00000000">
      <w:pPr>
        <w:pStyle w:val="Heading1"/>
        <w:pageBreakBefore/>
      </w:pPr>
      <w:r>
        <w:lastRenderedPageBreak/>
        <w:t>4. Family Communication and Participation</w:t>
      </w:r>
    </w:p>
    <w:p w14:paraId="54733F2C" w14:textId="77777777" w:rsidR="009647E0" w:rsidRDefault="00000000">
      <w:pPr>
        <w:pStyle w:val="Heading2"/>
      </w:pPr>
      <w:r>
        <w:t>Family Communication</w:t>
      </w:r>
    </w:p>
    <w:p w14:paraId="644B63F5" w14:textId="77777777" w:rsidR="009647E0" w:rsidRDefault="00000000">
      <w:pPr>
        <w:pStyle w:val="BodyText"/>
      </w:pPr>
      <w:r>
        <w:t>Open communication between families and staff is an important part of the GiggleBugs program. Families may receive classroom newsletters, calendars, progress reports, daily information, emails, phone calls, and messages through ProCare. Daily communication varies according to the child’s age and classroom; infant and toddler families may receive information regarding feeding, diapering, sleep, activities, and the child’s general disposition.</w:t>
      </w:r>
    </w:p>
    <w:p w14:paraId="3B469A33" w14:textId="77777777" w:rsidR="009647E0" w:rsidRDefault="00000000">
      <w:pPr>
        <w:pStyle w:val="BodyText"/>
      </w:pPr>
      <w:r>
        <w:t>Families are encouraged to contact their child’s teacher with questions or information that may help staff support their child. Communication assistance will be arranged when reasonably necessary for families with disabilities or limited English proficiency.</w:t>
      </w:r>
    </w:p>
    <w:p w14:paraId="1E967B75" w14:textId="77777777" w:rsidR="009647E0" w:rsidRDefault="00000000">
      <w:pPr>
        <w:pStyle w:val="Heading2"/>
      </w:pPr>
      <w:r>
        <w:t>Program Calendar and Parent Notifications</w:t>
      </w:r>
    </w:p>
    <w:p w14:paraId="0E0B04AF" w14:textId="77777777" w:rsidR="009647E0" w:rsidRDefault="00000000">
      <w:pPr>
        <w:pStyle w:val="BodyText"/>
      </w:pPr>
      <w:r>
        <w:t>Families will receive a program calendar identifying regular hours, scheduled holidays, professional-development closures, and other planned closures. GiggleBugs may revise the calendar when operational or safety circumstances require a change, and families will receive reasonable notice whenever possible.</w:t>
      </w:r>
    </w:p>
    <w:p w14:paraId="57BF647F" w14:textId="77777777" w:rsidR="009647E0" w:rsidRDefault="00000000">
      <w:pPr>
        <w:pStyle w:val="BodyText"/>
      </w:pPr>
      <w:r>
        <w:t>GiggleBugs will provide families with notifications required by EEC and other applicable laws or regulations. Depending on the circumstances, notifications may involve significant injuries or illness, emergency medical care, communicable disease exposure, off-site activities, emergency evacuation or relocation, significant developments concerning a child, changes affecting program operations, or other matters requiring parent notification.</w:t>
      </w:r>
    </w:p>
    <w:p w14:paraId="647F3B72" w14:textId="77777777" w:rsidR="009647E0" w:rsidRDefault="00000000">
      <w:pPr>
        <w:pStyle w:val="Heading2"/>
      </w:pPr>
      <w:r>
        <w:t>Parent and Family Involvement</w:t>
      </w:r>
    </w:p>
    <w:p w14:paraId="0018600E" w14:textId="77777777" w:rsidR="009647E0" w:rsidRDefault="00000000">
      <w:pPr>
        <w:pStyle w:val="BodyText"/>
      </w:pPr>
      <w:r>
        <w:t>Parents and guardians are welcome to visit GiggleBugs while their child is present, subject to reasonable safety and security procedures. Families may also be invited to participate in classroom activities, celebrations, conferences, special events, reading activities, field trips, and other program experiences.</w:t>
      </w:r>
    </w:p>
    <w:p w14:paraId="4229B22E" w14:textId="77777777" w:rsidR="009647E0" w:rsidRDefault="00000000">
      <w:pPr>
        <w:pStyle w:val="Heading2"/>
      </w:pPr>
      <w:r>
        <w:t>Family Grievance Procedure</w:t>
      </w:r>
    </w:p>
    <w:p w14:paraId="54A57849" w14:textId="77777777" w:rsidR="009647E0" w:rsidRDefault="00000000">
      <w:pPr>
        <w:pStyle w:val="BodyText"/>
      </w:pPr>
      <w:r>
        <w:t>GiggleBugs encourages families to raise questions or concerns promptly so that issues can be addressed appropriately. If a concern is not resolved, or if the concern involves the teacher, the family should contact the Director. The Director will review the concern, speak with the individuals involved when appropriate, and determine reasonable next steps.</w:t>
      </w:r>
    </w:p>
    <w:p w14:paraId="6B046D5F" w14:textId="77777777" w:rsidR="009647E0" w:rsidRDefault="00000000">
      <w:pPr>
        <w:pStyle w:val="BodyText"/>
      </w:pPr>
      <w:r>
        <w:t>Families may also contact the Massachusetts Department of Early Education and Care regarding licensing or regulatory concerns. Nothing in this grievance process prevents a parent or guardian from contacting EEC, DCF, law enforcement, or another appropriate authority directly when circumstances warrant doing so.</w:t>
      </w:r>
    </w:p>
    <w:p w14:paraId="23E4C216" w14:textId="77777777" w:rsidR="009647E0" w:rsidRDefault="00000000">
      <w:pPr>
        <w:pStyle w:val="Heading2"/>
      </w:pPr>
      <w:r>
        <w:t>Respectful and Safe Conduct</w:t>
      </w:r>
    </w:p>
    <w:p w14:paraId="19F6811D" w14:textId="77777777" w:rsidR="009647E0" w:rsidRDefault="00000000">
      <w:pPr>
        <w:pStyle w:val="BodyText"/>
      </w:pPr>
      <w:r>
        <w:t>GiggleBugs is committed to maintaining a respectful and safe environment for children, families, employees, and visitors. Threats, harassment, intimidation, violence, physical confrontation, or other conduct that creates an immediate safety risk will not be permitted. Parents, guardians, and visitors may not confront or discipline another family’s child.</w:t>
      </w:r>
    </w:p>
    <w:p w14:paraId="20C3F514" w14:textId="77777777" w:rsidR="009647E0" w:rsidRDefault="00000000">
      <w:pPr>
        <w:pStyle w:val="BodyText"/>
      </w:pPr>
      <w:r>
        <w:t xml:space="preserve">When appropriate, concerns involving inappropriate adult behavior will be addressed through communication and written expectations before enrollment is terminated. GiggleBugs may restrict an </w:t>
      </w:r>
      <w:r>
        <w:lastRenderedPageBreak/>
        <w:t>individual’s access to program property or immediately take other appropriate action when conduct creates a serious or immediate safety risk.</w:t>
      </w:r>
    </w:p>
    <w:p w14:paraId="189DB4F1" w14:textId="77777777" w:rsidR="009647E0" w:rsidRDefault="00000000">
      <w:pPr>
        <w:pStyle w:val="Heading2"/>
      </w:pPr>
      <w:r>
        <w:t>Security Cameras</w:t>
      </w:r>
    </w:p>
    <w:p w14:paraId="75334FA0" w14:textId="77777777" w:rsidR="009647E0" w:rsidRDefault="00000000">
      <w:pPr>
        <w:pStyle w:val="BodyText"/>
      </w:pPr>
      <w:r>
        <w:t>GiggleBugs may use security cameras in classroom or exterior areas for safety, security, and administrative purposes. Cameras are a supplemental safety measure and never replace active staff supervision. Recordings will be handled in accordance with applicable privacy requirements and program policy.</w:t>
      </w:r>
    </w:p>
    <w:p w14:paraId="4C82914E" w14:textId="77777777" w:rsidR="009647E0" w:rsidRDefault="00000000">
      <w:pPr>
        <w:pStyle w:val="Heading1"/>
        <w:pageBreakBefore/>
      </w:pPr>
      <w:r>
        <w:lastRenderedPageBreak/>
        <w:t>5. Transportation and Off-Site Activities</w:t>
      </w:r>
    </w:p>
    <w:p w14:paraId="480D31A1" w14:textId="77777777" w:rsidR="009647E0" w:rsidRDefault="00000000">
      <w:pPr>
        <w:pStyle w:val="Heading2"/>
      </w:pPr>
      <w:r>
        <w:t>Parking and Drop-Off Safety</w:t>
      </w:r>
    </w:p>
    <w:p w14:paraId="3D35D497" w14:textId="77777777" w:rsidR="009647E0" w:rsidRDefault="00000000">
      <w:pPr>
        <w:pStyle w:val="BodyText"/>
      </w:pPr>
      <w:r>
        <w:t>Families and staff must drive slowly and carefully on or around program property. Children must remain under the supervision of their parent or authorized adult until they have been received by program staff and again after they are released at pickup. Families should park only in designated or legally permitted locations and should avoid blocking traffic, emergency access, neighboring properties, or other vehicles.</w:t>
      </w:r>
    </w:p>
    <w:p w14:paraId="55297C4C" w14:textId="77777777" w:rsidR="009647E0" w:rsidRDefault="00000000">
      <w:pPr>
        <w:pStyle w:val="BodyText"/>
      </w:pPr>
      <w:r>
        <w:t>GiggleBugs is not responsible for theft of or damage to personal vehicles or property left inside them except as otherwise required by law.</w:t>
      </w:r>
    </w:p>
    <w:p w14:paraId="3392487A" w14:textId="77777777" w:rsidR="009647E0" w:rsidRDefault="00000000">
      <w:pPr>
        <w:pStyle w:val="Heading2"/>
      </w:pPr>
      <w:r>
        <w:t>Transportation</w:t>
      </w:r>
    </w:p>
    <w:p w14:paraId="0DF33422" w14:textId="77777777" w:rsidR="009647E0" w:rsidRDefault="00000000">
      <w:pPr>
        <w:pStyle w:val="BodyText"/>
      </w:pPr>
      <w:r>
        <w:t>Parents and guardians are generally responsible for transportation to and from GiggleBugs unless a separate approved transportation arrangement applies. Each child’s enrollment information must identify the child’s transportation and release arrangements. Transportation provided or arranged by GiggleBugs will comply with applicable EEC requirements and program transportation policies.</w:t>
      </w:r>
    </w:p>
    <w:p w14:paraId="4623BE97" w14:textId="77777777" w:rsidR="009647E0" w:rsidRDefault="00000000">
      <w:pPr>
        <w:pStyle w:val="Heading2"/>
      </w:pPr>
      <w:r>
        <w:t>Before- and After-School Transportation</w:t>
      </w:r>
    </w:p>
    <w:p w14:paraId="64537035" w14:textId="77777777" w:rsidR="009647E0" w:rsidRDefault="00000000">
      <w:pPr>
        <w:pStyle w:val="BodyText"/>
      </w:pPr>
      <w:r>
        <w:t>Parents must provide written authorization before GiggleBugs releases a school-age child to a school bus or other approved transportation provider. Staff will supervise children during transitions to and from transportation and will update attendance records promptly when children enter or leave care. If a child expected to arrive by school transportation does not arrive, staff will follow the program’s missing-child and transportation procedures and contact appropriate parties as necessary.</w:t>
      </w:r>
    </w:p>
    <w:p w14:paraId="70049AC9" w14:textId="77777777" w:rsidR="009647E0" w:rsidRDefault="00000000">
      <w:pPr>
        <w:pStyle w:val="Heading2"/>
      </w:pPr>
      <w:r>
        <w:t>Field Trips and Off-Site Activities</w:t>
      </w:r>
    </w:p>
    <w:p w14:paraId="7BB302AF" w14:textId="77777777" w:rsidR="009647E0" w:rsidRDefault="00000000">
      <w:pPr>
        <w:pStyle w:val="BodyText"/>
      </w:pPr>
      <w:r>
        <w:t>GiggleBugs may provide walks, neighborhood outings, playground visits, educational field trips, and other approved off-site experiences. Written parental permission is required before children participate in off-site activities. A general permission form may be used for specifically identified routine neighborhood activities when permitted, while separate permission may be requested for special field trips or other activities.</w:t>
      </w:r>
    </w:p>
    <w:p w14:paraId="1D7AE28C" w14:textId="77777777" w:rsidR="009647E0" w:rsidRDefault="00000000">
      <w:pPr>
        <w:pStyle w:val="BodyText"/>
      </w:pPr>
      <w:r>
        <w:t>Families will be informed about significant field trips in advance. Staff-to-child ratios and supervision requirements will be maintained during off-site activities. When transportation is required, the transportation method will be communicated to families and will comply with applicable program and EEC requirements. Alternate on-site care cannot always be guaranteed when a child cannot participate in an off-site activity.</w:t>
      </w:r>
    </w:p>
    <w:p w14:paraId="0E51C8CA" w14:textId="77777777" w:rsidR="009647E0" w:rsidRDefault="00000000">
      <w:pPr>
        <w:pStyle w:val="Heading1"/>
        <w:pageBreakBefore/>
      </w:pPr>
      <w:r>
        <w:lastRenderedPageBreak/>
        <w:t>6. Curriculum, Assessment, and Development</w:t>
      </w:r>
    </w:p>
    <w:p w14:paraId="72909C23" w14:textId="77777777" w:rsidR="009647E0" w:rsidRDefault="00000000">
      <w:pPr>
        <w:pStyle w:val="Heading2"/>
      </w:pPr>
      <w:r>
        <w:t>Curriculum</w:t>
      </w:r>
    </w:p>
    <w:p w14:paraId="30C2D1BE" w14:textId="77777777" w:rsidR="009647E0" w:rsidRDefault="00000000">
      <w:pPr>
        <w:pStyle w:val="BodyText"/>
      </w:pPr>
      <w:r>
        <w:t>GiggleBugs provides a developmentally appropriate curriculum that supports children’s social, emotional, physical, cognitive, language, literacy, and self-help development. Children learn through child-initiated play, educator-guided experiences, individual and group activities, creative arts, books and literacy, music, science and discovery, sensory activities, dramatic play, manipulatives, gross-motor activities, outdoor experiences, and opportunities to build relationships and independence.</w:t>
      </w:r>
    </w:p>
    <w:p w14:paraId="3CF53692" w14:textId="77777777" w:rsidR="009647E0" w:rsidRDefault="00000000">
      <w:pPr>
        <w:pStyle w:val="BodyText"/>
      </w:pPr>
      <w:r>
        <w:t>Lesson planning is based on children’s developmental needs, interests, classroom observations, and age-appropriate learning goals. Weekly or seasonal themes may be incorporated when developmentally appropriate while still allowing teachers to adjust activities according to children’s interests and individual needs.</w:t>
      </w:r>
    </w:p>
    <w:p w14:paraId="263B62FF" w14:textId="77777777" w:rsidR="009647E0" w:rsidRDefault="00000000">
      <w:pPr>
        <w:pStyle w:val="Heading2"/>
      </w:pPr>
      <w:r>
        <w:t>Progress Reports and Child Assessment</w:t>
      </w:r>
    </w:p>
    <w:p w14:paraId="4F518FF3" w14:textId="77777777" w:rsidR="009647E0" w:rsidRDefault="00000000">
      <w:pPr>
        <w:pStyle w:val="BodyText"/>
      </w:pPr>
      <w:r>
        <w:t>Teachers observe children during normal activities in order to understand development, strengths, interests, and areas in which additional support may be helpful. Progress reports are prepared according to applicable EEC requirements. Infants and children with identified special needs are generally assessed every three months, toddlers and preschoolers every six months, and school-age children at least annually, generally around the midpoint of the program year.</w:t>
      </w:r>
    </w:p>
    <w:p w14:paraId="070C49C7" w14:textId="77777777" w:rsidR="009647E0" w:rsidRDefault="00000000">
      <w:pPr>
        <w:pStyle w:val="BodyText"/>
      </w:pPr>
      <w:r>
        <w:t>Families receive required progress reports and are offered an opportunity to discuss their child’s development with program staff. Important concerns or significant developmental changes will be discussed as they arise rather than waiting for the next scheduled report.</w:t>
      </w:r>
    </w:p>
    <w:p w14:paraId="7D770B5D" w14:textId="77777777" w:rsidR="009647E0" w:rsidRDefault="00000000">
      <w:pPr>
        <w:pStyle w:val="Heading2"/>
      </w:pPr>
      <w:r>
        <w:t>Developmental Concerns and Referrals</w:t>
      </w:r>
    </w:p>
    <w:p w14:paraId="5AFBF834" w14:textId="77777777" w:rsidR="009647E0" w:rsidRDefault="00000000">
      <w:pPr>
        <w:pStyle w:val="BodyText"/>
      </w:pPr>
      <w:r>
        <w:t>Families are encouraged to speak with staff whenever they have concerns about their child’s development. If staff identify concerns, they will discuss observations with the parent or guardian and may provide information about community, medical, educational, Early Intervention, mental-health, or other appropriate resources.</w:t>
      </w:r>
    </w:p>
    <w:p w14:paraId="0F6DC1AE" w14:textId="77777777" w:rsidR="009647E0" w:rsidRDefault="00000000">
      <w:pPr>
        <w:pStyle w:val="BodyText"/>
      </w:pPr>
      <w:r>
        <w:t>GiggleBugs will obtain parental permission before contacting an outside provider regarding an individual child when authorization is required. With parent/guardian authorization, appropriate service providers may be permitted to provide services to a child at GiggleBugs when arrangements can be safely and reasonably accommodated.</w:t>
      </w:r>
    </w:p>
    <w:p w14:paraId="00ABDB13" w14:textId="77777777" w:rsidR="009647E0" w:rsidRDefault="00000000">
      <w:pPr>
        <w:pStyle w:val="Heading1"/>
        <w:pageBreakBefore/>
      </w:pPr>
      <w:r>
        <w:lastRenderedPageBreak/>
        <w:t>7. Health and Safety</w:t>
      </w:r>
    </w:p>
    <w:p w14:paraId="5C00177B" w14:textId="77777777" w:rsidR="009647E0" w:rsidRDefault="00000000">
      <w:pPr>
        <w:pStyle w:val="Heading2"/>
      </w:pPr>
      <w:r>
        <w:t>Health and Medical Records</w:t>
      </w:r>
    </w:p>
    <w:p w14:paraId="0A91B0A4" w14:textId="77777777" w:rsidR="009647E0" w:rsidRDefault="00000000">
      <w:pPr>
        <w:pStyle w:val="BodyText"/>
      </w:pPr>
      <w:r>
        <w:t>GiggleBugs maintains health information for each enrolled child as required by EEC. Required documentation may include immunization information, documentation of physical examinations, lead screening when applicable, and information concerning allergies or chronic medical conditions. Parents and guardians are responsible for providing required records and updated health information and must promptly inform the program of significant changes in a child’s health, medications, allergies, medical conditions, or treatment needs.</w:t>
      </w:r>
    </w:p>
    <w:p w14:paraId="12323230" w14:textId="77777777" w:rsidR="009647E0" w:rsidRDefault="00000000">
      <w:pPr>
        <w:pStyle w:val="Heading2"/>
      </w:pPr>
      <w:r>
        <w:t>Immunizations and Exemptions</w:t>
      </w:r>
    </w:p>
    <w:p w14:paraId="2ABC0E2A" w14:textId="77777777" w:rsidR="009647E0" w:rsidRDefault="00000000">
      <w:pPr>
        <w:pStyle w:val="BodyText"/>
      </w:pPr>
      <w:r>
        <w:t>Children’s immunization records must be maintained in accordance with applicable Massachusetts Department of Public Health and EEC requirements. Families seeking an allowable medical or religious exemption must provide the documentation required under applicable law and program procedures. Families will be notified about communicable diseases introduced into the program when notification is required or appropriate, while individual confidentiality is protected.</w:t>
      </w:r>
    </w:p>
    <w:p w14:paraId="0B7839FA" w14:textId="77777777" w:rsidR="009647E0" w:rsidRDefault="00000000">
      <w:pPr>
        <w:pStyle w:val="Heading2"/>
      </w:pPr>
      <w:r>
        <w:t>Individual Health Care and Emergency Care Plans</w:t>
      </w:r>
    </w:p>
    <w:p w14:paraId="1E54E1B2" w14:textId="77777777" w:rsidR="009647E0" w:rsidRDefault="00000000">
      <w:pPr>
        <w:pStyle w:val="BodyText"/>
      </w:pPr>
      <w:r>
        <w:t>Children with allergies, chronic medical conditions, disabilities, or other health needs may require an Individual Health Care Plan, Emergency Care Plan, medication authorization, or other medical documentation. Families must inform the Director of diagnosed medical conditions, allergies, medications, and emergency procedures that may be necessary while the child is in care. Relevant employees will be informed and trained as necessary to safely implement an approved plan while protecting the child’s confidentiality.</w:t>
      </w:r>
    </w:p>
    <w:p w14:paraId="39633425" w14:textId="77777777" w:rsidR="009647E0" w:rsidRDefault="00000000">
      <w:pPr>
        <w:pStyle w:val="Heading2"/>
      </w:pPr>
      <w:r>
        <w:t>Illness and Communicable Disease</w:t>
      </w:r>
    </w:p>
    <w:p w14:paraId="2DD4380C" w14:textId="77777777" w:rsidR="009647E0" w:rsidRDefault="00000000">
      <w:pPr>
        <w:pStyle w:val="BodyText"/>
      </w:pPr>
      <w:r>
        <w:t>Children may need to remain home or be picked up when illness prevents comfortable participation in program activities, requires more care than staff can safely provide without compromising the care of other children, or involves symptoms or a communicable condition requiring exclusion under current program, EEC, Department of Public Health, or health-care guidance.</w:t>
      </w:r>
    </w:p>
    <w:p w14:paraId="4176FE93" w14:textId="77777777" w:rsidR="009647E0" w:rsidRDefault="00000000">
      <w:pPr>
        <w:pStyle w:val="BodyText"/>
      </w:pPr>
      <w:r>
        <w:t>Examples of symptoms that may require exclusion include significant fever, vomiting or diarrhea, unusual lethargy, persistent crying or irritability, difficulty breathing, or other signs of serious illness. If a child becomes ill while in care, the parent/guardian will be contacted and the child will be supervised in a comfortable area until pickup. Return-to-care requirements will follow the program’s current Health Care Policy and applicable public-health guidance.</w:t>
      </w:r>
    </w:p>
    <w:p w14:paraId="0D111B8E" w14:textId="77777777" w:rsidR="009647E0" w:rsidRDefault="00000000">
      <w:pPr>
        <w:pStyle w:val="Heading2"/>
      </w:pPr>
      <w:r>
        <w:t>Medication Administration</w:t>
      </w:r>
    </w:p>
    <w:p w14:paraId="645ADB5E" w14:textId="77777777" w:rsidR="009647E0" w:rsidRDefault="00000000">
      <w:pPr>
        <w:pStyle w:val="BodyText"/>
      </w:pPr>
      <w:r>
        <w:t>Medication will be administered only in accordance with applicable EEC requirements and required written authorizations. Prescription medication must be provided in its original labeled container. Non-prescription medication and topical products will require the documentation and permissions applicable to the product and circumstances.</w:t>
      </w:r>
    </w:p>
    <w:p w14:paraId="0C9E9B9D" w14:textId="77777777" w:rsidR="009647E0" w:rsidRDefault="00000000">
      <w:pPr>
        <w:pStyle w:val="BodyText"/>
      </w:pPr>
      <w:r>
        <w:t>Parents must give medication directly to program staff rather than leaving it in a child’s belongings. Medication will be stored securely and administered by appropriately authorized and trained staff. Required medication-administration records will be maintained, and unused medication will be returned directly to the parent or guardian.</w:t>
      </w:r>
    </w:p>
    <w:p w14:paraId="3BC4902E" w14:textId="77777777" w:rsidR="009647E0" w:rsidRDefault="00000000">
      <w:pPr>
        <w:pStyle w:val="Heading2"/>
      </w:pPr>
      <w:r>
        <w:lastRenderedPageBreak/>
        <w:t>Injuries and Incident Reporting</w:t>
      </w:r>
    </w:p>
    <w:p w14:paraId="7EDC0CC0" w14:textId="77777777" w:rsidR="009647E0" w:rsidRDefault="00000000">
      <w:pPr>
        <w:pStyle w:val="BodyText"/>
      </w:pPr>
      <w:r>
        <w:t>GiggleBugs maintains first-aid supplies and trained personnel as required. When a child is injured, staff will assess the child, provide appropriate first aid within the scope of their training, and seek emergency medical care when necessary. Parents/guardians will be notified as appropriate, and incidents requiring documentation will be recorded in the child’s file. Families may be asked to review and sign an injury or incident report and will receive a copy when applicable.</w:t>
      </w:r>
    </w:p>
    <w:p w14:paraId="5AE20BFF" w14:textId="77777777" w:rsidR="009647E0" w:rsidRDefault="00000000">
      <w:pPr>
        <w:pStyle w:val="Heading2"/>
      </w:pPr>
      <w:r>
        <w:t>Infection Control and Sanitation</w:t>
      </w:r>
    </w:p>
    <w:p w14:paraId="2CF32535" w14:textId="77777777" w:rsidR="009647E0" w:rsidRDefault="00000000">
      <w:pPr>
        <w:pStyle w:val="BodyText"/>
      </w:pPr>
      <w:r>
        <w:t>GiggleBugs follows routine infection-control practices intended to reduce the spread of illness. These practices include appropriate handwashing, cleaning and sanitizing of toys and surfaces, safe handling of bodily fluids, and use of protective equipment when needed. Staff-facing cleaning and sanitation procedures are maintained separately from this Parent Handbook.</w:t>
      </w:r>
    </w:p>
    <w:p w14:paraId="06E7277E" w14:textId="77777777" w:rsidR="009647E0" w:rsidRDefault="00000000">
      <w:pPr>
        <w:pStyle w:val="Heading2"/>
      </w:pPr>
      <w:r>
        <w:t>Supervision</w:t>
      </w:r>
    </w:p>
    <w:p w14:paraId="6CE2B9F4" w14:textId="77777777" w:rsidR="009647E0" w:rsidRDefault="00000000">
      <w:pPr>
        <w:pStyle w:val="BodyText"/>
      </w:pPr>
      <w:r>
        <w:t>Educators will position themselves so they can effectively see and/or hear children, remain close enough to intervene when necessary, and remain aware of children’s activities. Attendance records and name-to-face checks are used throughout the day, particularly during transitions and whenever groups move from one area to another.</w:t>
      </w:r>
    </w:p>
    <w:p w14:paraId="5104B3C9" w14:textId="77777777" w:rsidR="009647E0" w:rsidRDefault="00000000">
      <w:pPr>
        <w:pStyle w:val="Heading2"/>
      </w:pPr>
      <w:r>
        <w:t>Smoke-, Vape-, and Substance-Free Environment</w:t>
      </w:r>
    </w:p>
    <w:p w14:paraId="3C72004F" w14:textId="77777777" w:rsidR="009647E0" w:rsidRDefault="00000000">
      <w:pPr>
        <w:pStyle w:val="BodyText"/>
      </w:pPr>
      <w:r>
        <w:t>Smoking, vaping, tobacco use, marijuana use, and similar products are prohibited within the child-care facility, outdoor play areas, and other program areas while children are present.</w:t>
      </w:r>
    </w:p>
    <w:p w14:paraId="7C82ABD0" w14:textId="77777777" w:rsidR="009647E0" w:rsidRDefault="00000000">
      <w:pPr>
        <w:pStyle w:val="Heading2"/>
      </w:pPr>
      <w:r>
        <w:t>Pest Management</w:t>
      </w:r>
    </w:p>
    <w:p w14:paraId="3C0657F4" w14:textId="77777777" w:rsidR="009647E0" w:rsidRDefault="00000000">
      <w:pPr>
        <w:pStyle w:val="BodyText"/>
      </w:pPr>
      <w:r>
        <w:t>GiggleBugs uses preventative and integrated pest-management practices whenever possible. Pesticides and pest-control products will be used only in accordance with applicable laws, regulations, and safety requirements. Families will receive advance notification of pesticide applications when notification is required.</w:t>
      </w:r>
    </w:p>
    <w:p w14:paraId="5A68FC30" w14:textId="77777777" w:rsidR="009647E0" w:rsidRDefault="00000000">
      <w:pPr>
        <w:pStyle w:val="Heading2"/>
      </w:pPr>
      <w:r>
        <w:t>Weapons and Unsafe Play</w:t>
      </w:r>
    </w:p>
    <w:p w14:paraId="089FA165" w14:textId="77777777" w:rsidR="009647E0" w:rsidRDefault="00000000">
      <w:pPr>
        <w:pStyle w:val="BodyText"/>
      </w:pPr>
      <w:r>
        <w:t>Actual weapons or items that could reasonably pose a safety risk are prohibited at GiggleBugs. Children who engage in unsafe or aggressive play will be redirected toward safe and developmentally appropriate activities. Staff will use professional judgment when responding to imaginative play and will focus on safety, respect, and appropriate interaction.</w:t>
      </w:r>
    </w:p>
    <w:p w14:paraId="6EFF5F01" w14:textId="77777777" w:rsidR="009647E0" w:rsidRDefault="00000000">
      <w:pPr>
        <w:pStyle w:val="Heading2"/>
      </w:pPr>
      <w:r>
        <w:t>Emergency and Safety Procedures</w:t>
      </w:r>
    </w:p>
    <w:p w14:paraId="55EC95DC" w14:textId="77777777" w:rsidR="009647E0" w:rsidRDefault="00000000">
      <w:pPr>
        <w:pStyle w:val="BodyText"/>
      </w:pPr>
      <w:r>
        <w:t>GiggleBugs maintains separate written Emergency and Safety Policies in accordance with applicable EEC requirements. These procedures address evacuation, shelter-in-place, severe weather, power outages, missing children, medical emergencies, threats to program safety, and other circumstances that may affect children and staff. Staff receive information and training regarding applicable emergency procedures, and drills are conducted as required.</w:t>
      </w:r>
    </w:p>
    <w:p w14:paraId="703DF35C" w14:textId="77777777" w:rsidR="009647E0" w:rsidRDefault="00000000">
      <w:pPr>
        <w:pStyle w:val="BodyText"/>
      </w:pPr>
      <w:r>
        <w:t>A copy of the program’s Emergency and Safety Policies is available to families upon request. Parents and guardians are responsible for keeping emergency contact information current and must notify the Director promptly whenever information changes.</w:t>
      </w:r>
    </w:p>
    <w:p w14:paraId="13ADF37B" w14:textId="77777777" w:rsidR="009647E0" w:rsidRDefault="00000000">
      <w:pPr>
        <w:pStyle w:val="Heading1"/>
        <w:pageBreakBefore/>
      </w:pPr>
      <w:r>
        <w:lastRenderedPageBreak/>
        <w:t>8. Meals, Infant/Toddler Care, and Daily Routines</w:t>
      </w:r>
    </w:p>
    <w:p w14:paraId="13626E1C" w14:textId="77777777" w:rsidR="009647E0" w:rsidRDefault="00000000">
      <w:pPr>
        <w:pStyle w:val="Heading2"/>
      </w:pPr>
      <w:r>
        <w:t>Meals and Snacks</w:t>
      </w:r>
    </w:p>
    <w:p w14:paraId="4226D308" w14:textId="77777777" w:rsidR="009647E0" w:rsidRDefault="00000000">
      <w:pPr>
        <w:pStyle w:val="BodyText"/>
      </w:pPr>
      <w:r>
        <w:t>Families provide their child’s lunch unless otherwise arranged, and GiggleBugs provides designated snacks. Children will be appropriately supervised during meals and snacks and will never be force-fed, bribed, shamed, or punished in connection with eating. Families must inform the program of allergies, dietary restrictions, feeding concerns, and special health-care needs.</w:t>
      </w:r>
    </w:p>
    <w:p w14:paraId="667AAFD9" w14:textId="77777777" w:rsidR="009647E0" w:rsidRDefault="00000000">
      <w:pPr>
        <w:pStyle w:val="BodyText"/>
      </w:pPr>
      <w:r>
        <w:t>Staff follow applicable food-preparation, sanitation, and choking-hazard procedures and will follow written medical instructions when a child has a documented feeding or dietary need.</w:t>
      </w:r>
    </w:p>
    <w:p w14:paraId="0BB8FEC9" w14:textId="77777777" w:rsidR="009647E0" w:rsidRDefault="00000000">
      <w:pPr>
        <w:pStyle w:val="Heading2"/>
      </w:pPr>
      <w:r>
        <w:t>Food Allergies, Peanut/Tree-Nut Restrictions, and Special Diets</w:t>
      </w:r>
    </w:p>
    <w:p w14:paraId="53132E86" w14:textId="77777777" w:rsidR="009647E0" w:rsidRDefault="00000000">
      <w:pPr>
        <w:pStyle w:val="BodyText"/>
      </w:pPr>
      <w:r>
        <w:t>GiggleBugs is a peanut- and tree-nut-conscious program. Foods containing peanuts or tree nuts may not be brought into the program when prohibited under the program’s allergy-safety procedures, and families must follow any classroom-specific allergy restrictions communicated by the Director. Although reasonable precautions are taken, GiggleBugs cannot guarantee that all products or environments will be completely free from trace allergens.</w:t>
      </w:r>
    </w:p>
    <w:p w14:paraId="21ECABCA" w14:textId="77777777" w:rsidR="009647E0" w:rsidRDefault="00000000">
      <w:pPr>
        <w:pStyle w:val="BodyText"/>
      </w:pPr>
      <w:r>
        <w:t>GiggleBugs will work with families regarding medically necessary dietary restrictions, food allergies, disabilities, religious dietary requirements, and other documented needs. Medical documentation or an Individual Health Care Plan may be required when necessary for the safe care of the child.</w:t>
      </w:r>
    </w:p>
    <w:p w14:paraId="0F872772" w14:textId="77777777" w:rsidR="009647E0" w:rsidRDefault="00000000">
      <w:pPr>
        <w:pStyle w:val="Heading2"/>
      </w:pPr>
      <w:r>
        <w:t>Birthdays and Celebrations</w:t>
      </w:r>
    </w:p>
    <w:p w14:paraId="4F0109B1" w14:textId="77777777" w:rsidR="009647E0" w:rsidRDefault="00000000">
      <w:pPr>
        <w:pStyle w:val="BodyText"/>
      </w:pPr>
      <w:r>
        <w:t>Families who wish to provide food for a classroom celebration must speak with the child’s teacher or Director in advance. Food brought for group sharing must generally be commercially prepared, sealed in its original packaging, and include a complete ingredient label. Food containing peanuts or tree nuts is not permitted, and items presenting a choking hazard will not be served to young children. GiggleBugs reserves the right to decline any food item that cannot safely be served to the classroom.</w:t>
      </w:r>
    </w:p>
    <w:p w14:paraId="75DDBDDD" w14:textId="77777777" w:rsidR="009647E0" w:rsidRDefault="00000000">
      <w:pPr>
        <w:pStyle w:val="Heading2"/>
      </w:pPr>
      <w:r>
        <w:t>Infant and Toddler Care</w:t>
      </w:r>
    </w:p>
    <w:p w14:paraId="56C9BD12" w14:textId="77777777" w:rsidR="009647E0" w:rsidRDefault="00000000">
      <w:pPr>
        <w:pStyle w:val="BodyText"/>
      </w:pPr>
      <w:r>
        <w:t>Families should provide the supplies identified by the infant/toddler classroom. Depending on the child’s needs, these may include diapers, wipes, approved diaper cream, bottles, formula or breast milk, food, extra clothing, pacifiers, and other developmentally appropriate supplies. All items must be labeled as requested.</w:t>
      </w:r>
    </w:p>
    <w:p w14:paraId="14674A10" w14:textId="77777777" w:rsidR="009647E0" w:rsidRDefault="00000000">
      <w:pPr>
        <w:pStyle w:val="BodyText"/>
      </w:pPr>
      <w:r>
        <w:t>Infant and toddler feeding will follow each child’s written feeding plan and applicable health and safety requirements. Breastfeeding families are welcome to discuss feeding arrangements with staff. Infants will be held for bottle feeding when developmentally appropriate, and bottles will never be propped.</w:t>
      </w:r>
    </w:p>
    <w:p w14:paraId="5990F837" w14:textId="77777777" w:rsidR="009647E0" w:rsidRDefault="00000000">
      <w:pPr>
        <w:pStyle w:val="Heading2"/>
      </w:pPr>
      <w:r>
        <w:t>Formula, Breast Milk, and Bottles</w:t>
      </w:r>
    </w:p>
    <w:p w14:paraId="298F3CDC" w14:textId="77777777" w:rsidR="009647E0" w:rsidRDefault="00000000">
      <w:pPr>
        <w:pStyle w:val="BodyText"/>
      </w:pPr>
      <w:r>
        <w:t>Bottles and breast-milk containers must be clearly labeled with the child’s name and any additional information required by program procedures. Breast milk will be refrigerated and handled safely. Formula preparation will follow manufacturer instructions, parent directions, and applicable health requirements. Bottles will never be heated in a microwave and will be warmed only using an approved safe method. Families should provide clean bottles and feeding supplies as requested by the infant/toddler classroom.</w:t>
      </w:r>
    </w:p>
    <w:p w14:paraId="771E8675" w14:textId="77777777" w:rsidR="009647E0" w:rsidRDefault="00000000">
      <w:pPr>
        <w:pStyle w:val="Heading2"/>
      </w:pPr>
      <w:r>
        <w:lastRenderedPageBreak/>
        <w:t>Diapering and Toileting</w:t>
      </w:r>
    </w:p>
    <w:p w14:paraId="69191BBB" w14:textId="77777777" w:rsidR="009647E0" w:rsidRDefault="00000000">
      <w:pPr>
        <w:pStyle w:val="BodyText"/>
      </w:pPr>
      <w:r>
        <w:t>Families must provide an adequate supply of clean diapers and changes of clothing for children who need them. Diapers are changed regularly and whenever soiled or excessively wet. Diapering areas are kept separate from food-preparation areas, and staff follow required handwashing, glove use, surface cleaning, and sanitation procedures. Soiled reusable items will be sealed and returned to the family as appropriate.</w:t>
      </w:r>
    </w:p>
    <w:p w14:paraId="0349BE10" w14:textId="77777777" w:rsidR="009647E0" w:rsidRDefault="00000000">
      <w:pPr>
        <w:pStyle w:val="Heading2"/>
      </w:pPr>
      <w:r>
        <w:t>Nap, Rest, and Safe Sleep</w:t>
      </w:r>
    </w:p>
    <w:p w14:paraId="3F0D1938" w14:textId="77777777" w:rsidR="009647E0" w:rsidRDefault="00000000">
      <w:pPr>
        <w:pStyle w:val="BodyText"/>
      </w:pPr>
      <w:r>
        <w:t>Children will be offered developmentally appropriate rest opportunities during the day. Children who do not sleep will be offered an appropriate quiet activity, and all children will remain appropriately supervised during rest time. Each child who uses a mat or cot will have an individual sleep space and bedding as required by program procedures.</w:t>
      </w:r>
    </w:p>
    <w:p w14:paraId="748D5608" w14:textId="77777777" w:rsidR="009647E0" w:rsidRDefault="00000000">
      <w:pPr>
        <w:pStyle w:val="BodyText"/>
      </w:pPr>
      <w:r>
        <w:t>For infants under 12 months, GiggleBugs follows EEC safe-sleep requirements. Infants are placed on their backs for sleep unless a health-care professional provides an allowable written medical order. Infants sleep in an approved individual crib, portacrib, playpen, or bassinet with a firm, properly fitted mattress and tight-fitting sheet. Pillows, loose blankets, stuffed animals, positioners, and other soft or padded items are not placed in the infant sleep space. Weighted sleep products are not used. Pacifiers may be used when appropriate, without unsafe attachments.</w:t>
      </w:r>
    </w:p>
    <w:p w14:paraId="6D2A55D5" w14:textId="77777777" w:rsidR="009647E0" w:rsidRDefault="00000000">
      <w:pPr>
        <w:pStyle w:val="Heading2"/>
      </w:pPr>
      <w:r>
        <w:t>Personal Belongings, Clothing, and Footwear</w:t>
      </w:r>
    </w:p>
    <w:p w14:paraId="0C2BBFFF" w14:textId="77777777" w:rsidR="009647E0" w:rsidRDefault="00000000">
      <w:pPr>
        <w:pStyle w:val="BodyText"/>
      </w:pPr>
      <w:r>
        <w:t>Families should clearly label clothing, bedding, bottles, containers, and other permitted personal belongings with the child’s first and last name. Families should check children’s cubbies regularly and remove unnecessary items. GiggleBugs will make reasonable efforts to protect belongings but cannot guarantee against loss, staining, or ordinary damage.</w:t>
      </w:r>
    </w:p>
    <w:p w14:paraId="0571579B" w14:textId="77777777" w:rsidR="009647E0" w:rsidRDefault="00000000">
      <w:pPr>
        <w:pStyle w:val="BodyText"/>
      </w:pPr>
      <w:r>
        <w:t>Children should wear comfortable, washable clothing appropriate for active indoor and outdoor play. Families should provide at least two complete changes of clothing, including socks. Walking children should wear secure footwear suitable for active play, and footwear that presents a significant tripping or safety hazard may not be permitted during active play.</w:t>
      </w:r>
    </w:p>
    <w:p w14:paraId="683A9119" w14:textId="77777777" w:rsidR="009647E0" w:rsidRDefault="00000000">
      <w:pPr>
        <w:pStyle w:val="Heading1"/>
        <w:pageBreakBefore/>
      </w:pPr>
      <w:r>
        <w:lastRenderedPageBreak/>
        <w:t>Handbook Updates and Questions</w:t>
      </w:r>
    </w:p>
    <w:p w14:paraId="29DD6A56" w14:textId="77777777" w:rsidR="009647E0" w:rsidRDefault="00000000">
      <w:pPr>
        <w:pStyle w:val="BodyText"/>
      </w:pPr>
      <w:r>
        <w:t>Questions regarding this handbook or program policies may be directed to the Director. GiggleBugs may update this handbook as program operations, licensing requirements, or applicable laws and guidance change. Families will be notified of significant changes.</w:t>
      </w:r>
    </w:p>
    <w:sectPr w:rsidR="009647E0" w:rsidSect="00034616">
      <w:footerReference w:type="default" r:id="rId9"/>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332EAF" w14:textId="77777777" w:rsidR="00E66F56" w:rsidRDefault="00E66F56">
      <w:pPr>
        <w:spacing w:after="0" w:line="240" w:lineRule="auto"/>
      </w:pPr>
      <w:r>
        <w:separator/>
      </w:r>
    </w:p>
  </w:endnote>
  <w:endnote w:type="continuationSeparator" w:id="0">
    <w:p w14:paraId="5BAF91DD" w14:textId="77777777" w:rsidR="00E66F56" w:rsidRDefault="00E66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5DF0F" w14:textId="77777777" w:rsidR="009647E0" w:rsidRDefault="00000000">
    <w:pPr>
      <w:pStyle w:val="Footer"/>
      <w:jc w:val="center"/>
    </w:pPr>
    <w:r>
      <w:rPr>
        <w:sz w:val="18"/>
      </w:rPr>
      <w:fldChar w:fldCharType="begin"/>
    </w:r>
    <w:r>
      <w:rPr>
        <w:sz w:val="18"/>
      </w:rPr>
      <w:instrText xml:space="preserve"> PAGE </w:instrText>
    </w:r>
    <w:r w:rsidR="002E36F0">
      <w:rPr>
        <w:sz w:val="18"/>
      </w:rPr>
      <w:fldChar w:fldCharType="separate"/>
    </w:r>
    <w:r w:rsidR="002E36F0">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F34648" w14:textId="77777777" w:rsidR="00E66F56" w:rsidRDefault="00E66F56">
      <w:pPr>
        <w:spacing w:after="0" w:line="240" w:lineRule="auto"/>
      </w:pPr>
      <w:r>
        <w:separator/>
      </w:r>
    </w:p>
  </w:footnote>
  <w:footnote w:type="continuationSeparator" w:id="0">
    <w:p w14:paraId="2669F1D6" w14:textId="77777777" w:rsidR="00E66F56" w:rsidRDefault="00E66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2949821">
    <w:abstractNumId w:val="8"/>
  </w:num>
  <w:num w:numId="2" w16cid:durableId="513423247">
    <w:abstractNumId w:val="6"/>
  </w:num>
  <w:num w:numId="3" w16cid:durableId="1757632390">
    <w:abstractNumId w:val="5"/>
  </w:num>
  <w:num w:numId="4" w16cid:durableId="643893090">
    <w:abstractNumId w:val="4"/>
  </w:num>
  <w:num w:numId="5" w16cid:durableId="688992299">
    <w:abstractNumId w:val="7"/>
  </w:num>
  <w:num w:numId="6" w16cid:durableId="1798336095">
    <w:abstractNumId w:val="3"/>
  </w:num>
  <w:num w:numId="7" w16cid:durableId="1692416250">
    <w:abstractNumId w:val="2"/>
  </w:num>
  <w:num w:numId="8" w16cid:durableId="618924313">
    <w:abstractNumId w:val="1"/>
  </w:num>
  <w:num w:numId="9" w16cid:durableId="1393504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36F0"/>
    <w:rsid w:val="00326F90"/>
    <w:rsid w:val="007103F5"/>
    <w:rsid w:val="009647E0"/>
    <w:rsid w:val="00AA1D8D"/>
    <w:rsid w:val="00B47730"/>
    <w:rsid w:val="00CB0664"/>
    <w:rsid w:val="00E66F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155AB9"/>
  <w14:defaultImageDpi w14:val="300"/>
  <w15:docId w15:val="{F8E646B6-9AF9-4746-A2B3-B68C10CE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rPr>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4874</Words>
  <Characters>30810</Characters>
  <Application>Microsoft Office Word</Application>
  <DocSecurity>0</DocSecurity>
  <Lines>489</Lines>
  <Paragraphs>237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GiggleBugs Parent Handbook</dc:title>
  <dc:subject>Parent Handbook</dc:subject>
  <dc:creator>GiggleBugs Preschool and Infant/Toddler Center</dc:creator>
  <cp:keywords/>
  <dc:description/>
  <cp:lastModifiedBy>Elizabeth Walsh</cp:lastModifiedBy>
  <cp:revision>2</cp:revision>
  <dcterms:created xsi:type="dcterms:W3CDTF">2026-10-08T17:43:00Z</dcterms:created>
  <dcterms:modified xsi:type="dcterms:W3CDTF">2026-10-08T17:43:00Z</dcterms:modified>
  <cp:category/>
</cp:coreProperties>
</file>